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ACDB27" w14:textId="01AFAE27" w:rsidR="00FC0FF8" w:rsidRDefault="00000000">
      <w:pPr>
        <w:pStyle w:val="Title"/>
        <w:spacing w:after="60"/>
      </w:pPr>
      <w:r>
        <w:t>| Blank Daily Schedule</w:t>
      </w:r>
    </w:p>
    <w:p w14:paraId="676023C8" w14:textId="77777777" w:rsidR="00FC0FF8" w:rsidRDefault="00000000">
      <w:pPr>
        <w:spacing w:after="60"/>
      </w:pPr>
      <w:r>
        <w:t>Student: ______________________   Day: ______________   Date: ______________</w:t>
      </w:r>
    </w:p>
    <w:p w14:paraId="6E49ADD5" w14:textId="77777777" w:rsidR="00FC0FF8" w:rsidRDefault="00000000">
      <w:pPr>
        <w:spacing w:after="60"/>
      </w:pPr>
      <w:r>
        <w:t>Today’s affirmation: ______________________________________________________</w:t>
      </w:r>
      <w:r>
        <w:br/>
        <w:t>________________________________________________________________________</w:t>
      </w:r>
    </w:p>
    <w:p w14:paraId="1B9EC017" w14:textId="77777777" w:rsidR="00FC0FF8" w:rsidRDefault="00000000">
      <w:pPr>
        <w:pStyle w:val="Heading2"/>
        <w:spacing w:before="0" w:after="60"/>
      </w:pPr>
      <w:r>
        <w:t>Daily routine and breaks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FC0FF8" w14:paraId="58C4957B" w14:textId="77777777">
        <w:trPr>
          <w:trHeight w:val="288"/>
        </w:trPr>
        <w:tc>
          <w:tcPr>
            <w:tcW w:w="3600" w:type="dxa"/>
            <w:shd w:val="clear" w:color="auto" w:fill="142B49"/>
          </w:tcPr>
          <w:p w14:paraId="343BE1A3" w14:textId="77777777" w:rsidR="00FC0FF8" w:rsidRDefault="00000000">
            <w:pPr>
              <w:spacing w:after="0"/>
            </w:pPr>
            <w:r>
              <w:rPr>
                <w:b/>
                <w:color w:val="FFFFFF"/>
              </w:rPr>
              <w:t>Activity</w:t>
            </w:r>
          </w:p>
        </w:tc>
        <w:tc>
          <w:tcPr>
            <w:tcW w:w="3600" w:type="dxa"/>
            <w:shd w:val="clear" w:color="auto" w:fill="142B49"/>
          </w:tcPr>
          <w:p w14:paraId="784BF54A" w14:textId="77777777" w:rsidR="00FC0FF8" w:rsidRDefault="00000000">
            <w:pPr>
              <w:spacing w:after="0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3600" w:type="dxa"/>
            <w:shd w:val="clear" w:color="auto" w:fill="142B49"/>
          </w:tcPr>
          <w:p w14:paraId="150E183D" w14:textId="77777777" w:rsidR="00FC0FF8" w:rsidRDefault="00000000">
            <w:pPr>
              <w:spacing w:after="0"/>
            </w:pPr>
            <w:r>
              <w:rPr>
                <w:b/>
                <w:color w:val="FFFFFF"/>
              </w:rPr>
              <w:t>Completed</w:t>
            </w:r>
          </w:p>
        </w:tc>
      </w:tr>
      <w:tr w:rsidR="00FC0FF8" w14:paraId="4179C68E" w14:textId="77777777">
        <w:trPr>
          <w:trHeight w:val="288"/>
        </w:trPr>
        <w:tc>
          <w:tcPr>
            <w:tcW w:w="3600" w:type="dxa"/>
          </w:tcPr>
          <w:p w14:paraId="08A767CE" w14:textId="77777777" w:rsidR="00FC0FF8" w:rsidRDefault="00000000">
            <w:pPr>
              <w:spacing w:after="0"/>
            </w:pPr>
            <w:r>
              <w:t>Wake up</w:t>
            </w:r>
          </w:p>
        </w:tc>
        <w:tc>
          <w:tcPr>
            <w:tcW w:w="3600" w:type="dxa"/>
          </w:tcPr>
          <w:p w14:paraId="1945EE54" w14:textId="77777777" w:rsidR="00FC0FF8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2AD4D19A" w14:textId="77777777" w:rsidR="00FC0FF8" w:rsidRDefault="00000000">
            <w:pPr>
              <w:spacing w:after="0"/>
            </w:pPr>
            <w:r>
              <w:t>☐</w:t>
            </w:r>
          </w:p>
        </w:tc>
      </w:tr>
      <w:tr w:rsidR="00FC0FF8" w14:paraId="33D6860A" w14:textId="77777777">
        <w:trPr>
          <w:trHeight w:val="288"/>
        </w:trPr>
        <w:tc>
          <w:tcPr>
            <w:tcW w:w="3600" w:type="dxa"/>
          </w:tcPr>
          <w:p w14:paraId="77C3059B" w14:textId="77777777" w:rsidR="00FC0FF8" w:rsidRDefault="00000000">
            <w:pPr>
              <w:spacing w:after="0"/>
            </w:pPr>
            <w:r>
              <w:t>Breakfast</w:t>
            </w:r>
          </w:p>
        </w:tc>
        <w:tc>
          <w:tcPr>
            <w:tcW w:w="3600" w:type="dxa"/>
          </w:tcPr>
          <w:p w14:paraId="0FBB0B37" w14:textId="77777777" w:rsidR="00FC0FF8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15A9F2DB" w14:textId="77777777" w:rsidR="00FC0FF8" w:rsidRDefault="00000000">
            <w:pPr>
              <w:spacing w:after="0"/>
            </w:pPr>
            <w:r>
              <w:t>☐</w:t>
            </w:r>
          </w:p>
        </w:tc>
      </w:tr>
      <w:tr w:rsidR="00FC0FF8" w14:paraId="6993DA53" w14:textId="77777777">
        <w:trPr>
          <w:trHeight w:val="288"/>
        </w:trPr>
        <w:tc>
          <w:tcPr>
            <w:tcW w:w="3600" w:type="dxa"/>
          </w:tcPr>
          <w:p w14:paraId="47E0F63D" w14:textId="77777777" w:rsidR="00FC0FF8" w:rsidRDefault="00000000">
            <w:pPr>
              <w:spacing w:after="0"/>
            </w:pPr>
            <w:r>
              <w:t>Snack</w:t>
            </w:r>
          </w:p>
        </w:tc>
        <w:tc>
          <w:tcPr>
            <w:tcW w:w="3600" w:type="dxa"/>
          </w:tcPr>
          <w:p w14:paraId="1C535C60" w14:textId="77777777" w:rsidR="00FC0FF8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450B9D06" w14:textId="77777777" w:rsidR="00FC0FF8" w:rsidRDefault="00000000">
            <w:pPr>
              <w:spacing w:after="0"/>
            </w:pPr>
            <w:r>
              <w:t>☐</w:t>
            </w:r>
          </w:p>
        </w:tc>
      </w:tr>
      <w:tr w:rsidR="00FC0FF8" w14:paraId="5E1EC517" w14:textId="77777777">
        <w:trPr>
          <w:trHeight w:val="288"/>
        </w:trPr>
        <w:tc>
          <w:tcPr>
            <w:tcW w:w="3600" w:type="dxa"/>
          </w:tcPr>
          <w:p w14:paraId="682B989D" w14:textId="77777777" w:rsidR="00FC0FF8" w:rsidRDefault="00000000">
            <w:pPr>
              <w:spacing w:after="0"/>
            </w:pPr>
            <w:r>
              <w:t>1st break</w:t>
            </w:r>
          </w:p>
        </w:tc>
        <w:tc>
          <w:tcPr>
            <w:tcW w:w="3600" w:type="dxa"/>
          </w:tcPr>
          <w:p w14:paraId="6B8A9F8A" w14:textId="77777777" w:rsidR="00FC0FF8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40176F8A" w14:textId="77777777" w:rsidR="00FC0FF8" w:rsidRDefault="00000000">
            <w:pPr>
              <w:spacing w:after="0"/>
            </w:pPr>
            <w:r>
              <w:t>☐</w:t>
            </w:r>
          </w:p>
        </w:tc>
      </w:tr>
      <w:tr w:rsidR="00FC0FF8" w14:paraId="05C99B3D" w14:textId="77777777">
        <w:trPr>
          <w:trHeight w:val="288"/>
        </w:trPr>
        <w:tc>
          <w:tcPr>
            <w:tcW w:w="3600" w:type="dxa"/>
          </w:tcPr>
          <w:p w14:paraId="5D7BF9E4" w14:textId="77777777" w:rsidR="00FC0FF8" w:rsidRDefault="00000000">
            <w:pPr>
              <w:spacing w:after="0"/>
            </w:pPr>
            <w:r>
              <w:t>Lunch</w:t>
            </w:r>
          </w:p>
        </w:tc>
        <w:tc>
          <w:tcPr>
            <w:tcW w:w="3600" w:type="dxa"/>
          </w:tcPr>
          <w:p w14:paraId="782E874D" w14:textId="77777777" w:rsidR="00FC0FF8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2C098F42" w14:textId="77777777" w:rsidR="00FC0FF8" w:rsidRDefault="00000000">
            <w:pPr>
              <w:spacing w:after="0"/>
            </w:pPr>
            <w:r>
              <w:t>☐</w:t>
            </w:r>
          </w:p>
        </w:tc>
      </w:tr>
      <w:tr w:rsidR="00FC0FF8" w14:paraId="25CF760F" w14:textId="77777777">
        <w:trPr>
          <w:trHeight w:val="288"/>
        </w:trPr>
        <w:tc>
          <w:tcPr>
            <w:tcW w:w="3600" w:type="dxa"/>
          </w:tcPr>
          <w:p w14:paraId="225538D8" w14:textId="77777777" w:rsidR="00FC0FF8" w:rsidRDefault="00000000">
            <w:pPr>
              <w:spacing w:after="0"/>
            </w:pPr>
            <w:r>
              <w:t>2nd break / snack</w:t>
            </w:r>
          </w:p>
        </w:tc>
        <w:tc>
          <w:tcPr>
            <w:tcW w:w="3600" w:type="dxa"/>
          </w:tcPr>
          <w:p w14:paraId="3A728D76" w14:textId="77777777" w:rsidR="00FC0FF8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57A9BD49" w14:textId="77777777" w:rsidR="00FC0FF8" w:rsidRDefault="00000000">
            <w:pPr>
              <w:spacing w:after="0"/>
            </w:pPr>
            <w:r>
              <w:t>☐</w:t>
            </w:r>
          </w:p>
        </w:tc>
      </w:tr>
      <w:tr w:rsidR="00FC0FF8" w14:paraId="1E39CA18" w14:textId="77777777">
        <w:trPr>
          <w:trHeight w:val="288"/>
        </w:trPr>
        <w:tc>
          <w:tcPr>
            <w:tcW w:w="3600" w:type="dxa"/>
          </w:tcPr>
          <w:p w14:paraId="22F0DD71" w14:textId="77777777" w:rsidR="00FC0FF8" w:rsidRDefault="00000000">
            <w:pPr>
              <w:spacing w:after="0"/>
            </w:pPr>
            <w:r>
              <w:t>Dinner</w:t>
            </w:r>
          </w:p>
        </w:tc>
        <w:tc>
          <w:tcPr>
            <w:tcW w:w="3600" w:type="dxa"/>
          </w:tcPr>
          <w:p w14:paraId="0D6BF02D" w14:textId="77777777" w:rsidR="00FC0FF8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00E9A3B3" w14:textId="77777777" w:rsidR="00FC0FF8" w:rsidRDefault="00000000">
            <w:pPr>
              <w:spacing w:after="0"/>
            </w:pPr>
            <w:r>
              <w:t>☐</w:t>
            </w:r>
          </w:p>
        </w:tc>
      </w:tr>
      <w:tr w:rsidR="00FC0FF8" w14:paraId="0A1CC043" w14:textId="77777777">
        <w:trPr>
          <w:trHeight w:val="288"/>
        </w:trPr>
        <w:tc>
          <w:tcPr>
            <w:tcW w:w="3600" w:type="dxa"/>
          </w:tcPr>
          <w:p w14:paraId="2A0AB9D0" w14:textId="77777777" w:rsidR="00FC0FF8" w:rsidRDefault="00000000">
            <w:pPr>
              <w:spacing w:after="0"/>
            </w:pPr>
            <w:r>
              <w:t>Bedtime</w:t>
            </w:r>
          </w:p>
        </w:tc>
        <w:tc>
          <w:tcPr>
            <w:tcW w:w="3600" w:type="dxa"/>
          </w:tcPr>
          <w:p w14:paraId="78871D4A" w14:textId="77777777" w:rsidR="00FC0FF8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727B9555" w14:textId="77777777" w:rsidR="00FC0FF8" w:rsidRDefault="00000000">
            <w:pPr>
              <w:spacing w:after="0"/>
            </w:pPr>
            <w:r>
              <w:t>☐</w:t>
            </w:r>
          </w:p>
        </w:tc>
      </w:tr>
    </w:tbl>
    <w:p w14:paraId="0C0890DA" w14:textId="77777777" w:rsidR="00FC0FF8" w:rsidRDefault="00000000">
      <w:pPr>
        <w:pStyle w:val="Heading2"/>
        <w:spacing w:before="0" w:after="60"/>
      </w:pPr>
      <w:r>
        <w:t>Study plan</w:t>
      </w:r>
    </w:p>
    <w:p w14:paraId="3FA9ABC0" w14:textId="77777777" w:rsidR="00FC0FF8" w:rsidRDefault="00000000">
      <w:pPr>
        <w:spacing w:after="60"/>
      </w:pPr>
      <w:r>
        <w:t>Plan a specific task for each course. Record prep scores at the end of the week; use N/A when no score applies.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16"/>
        <w:gridCol w:w="1800"/>
        <w:gridCol w:w="3816"/>
        <w:gridCol w:w="720"/>
        <w:gridCol w:w="2448"/>
      </w:tblGrid>
      <w:tr w:rsidR="00FC0FF8" w14:paraId="3EC9FAE9" w14:textId="77777777">
        <w:trPr>
          <w:trHeight w:val="288"/>
        </w:trPr>
        <w:tc>
          <w:tcPr>
            <w:tcW w:w="5616" w:type="dxa"/>
            <w:shd w:val="clear" w:color="auto" w:fill="142B49"/>
          </w:tcPr>
          <w:p w14:paraId="6B2EB333" w14:textId="77777777" w:rsidR="00FC0FF8" w:rsidRDefault="00000000">
            <w:pPr>
              <w:spacing w:after="0"/>
            </w:pPr>
            <w:r>
              <w:rPr>
                <w:b/>
                <w:color w:val="FFFFFF"/>
              </w:rPr>
              <w:t>Course</w:t>
            </w:r>
          </w:p>
        </w:tc>
        <w:tc>
          <w:tcPr>
            <w:tcW w:w="1800" w:type="dxa"/>
            <w:shd w:val="clear" w:color="auto" w:fill="142B49"/>
          </w:tcPr>
          <w:p w14:paraId="799D8C2F" w14:textId="77777777" w:rsidR="00FC0FF8" w:rsidRDefault="00000000">
            <w:pPr>
              <w:spacing w:after="0"/>
            </w:pPr>
            <w:r>
              <w:rPr>
                <w:b/>
                <w:color w:val="FFFFFF"/>
              </w:rPr>
              <w:t>Start–end time</w:t>
            </w:r>
          </w:p>
        </w:tc>
        <w:tc>
          <w:tcPr>
            <w:tcW w:w="3816" w:type="dxa"/>
            <w:shd w:val="clear" w:color="auto" w:fill="142B49"/>
          </w:tcPr>
          <w:p w14:paraId="2C17CD0E" w14:textId="77777777" w:rsidR="00FC0FF8" w:rsidRDefault="00000000">
            <w:pPr>
              <w:spacing w:after="0"/>
            </w:pPr>
            <w:r>
              <w:rPr>
                <w:b/>
                <w:color w:val="FFFFFF"/>
              </w:rPr>
              <w:t>Topic / task</w:t>
            </w:r>
          </w:p>
        </w:tc>
        <w:tc>
          <w:tcPr>
            <w:tcW w:w="720" w:type="dxa"/>
            <w:shd w:val="clear" w:color="auto" w:fill="142B49"/>
          </w:tcPr>
          <w:p w14:paraId="28224DCE" w14:textId="77777777" w:rsidR="00FC0FF8" w:rsidRDefault="00000000">
            <w:pPr>
              <w:spacing w:after="0"/>
            </w:pPr>
            <w:r>
              <w:rPr>
                <w:b/>
                <w:color w:val="FFFFFF"/>
              </w:rPr>
              <w:t>Done</w:t>
            </w:r>
          </w:p>
        </w:tc>
        <w:tc>
          <w:tcPr>
            <w:tcW w:w="2448" w:type="dxa"/>
            <w:shd w:val="clear" w:color="auto" w:fill="142B49"/>
          </w:tcPr>
          <w:p w14:paraId="470FA8C2" w14:textId="77777777" w:rsidR="00FC0FF8" w:rsidRDefault="00000000">
            <w:pPr>
              <w:spacing w:after="0"/>
            </w:pPr>
            <w:r>
              <w:rPr>
                <w:b/>
                <w:color w:val="FFFFFF"/>
              </w:rPr>
              <w:t>Weekly prep score</w:t>
            </w:r>
          </w:p>
        </w:tc>
      </w:tr>
      <w:tr w:rsidR="00FC0FF8" w14:paraId="2EFDFDEF" w14:textId="77777777">
        <w:trPr>
          <w:trHeight w:val="288"/>
        </w:trPr>
        <w:tc>
          <w:tcPr>
            <w:tcW w:w="5616" w:type="dxa"/>
          </w:tcPr>
          <w:p w14:paraId="65AB8DB7" w14:textId="1609071E" w:rsidR="00FC0FF8" w:rsidRDefault="00FC0FF8"/>
        </w:tc>
        <w:tc>
          <w:tcPr>
            <w:tcW w:w="1800" w:type="dxa"/>
          </w:tcPr>
          <w:p w14:paraId="016893DB" w14:textId="77777777" w:rsidR="00FC0FF8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23FCDB07" w14:textId="77777777" w:rsidR="00FC0FF8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366B644D" w14:textId="77777777" w:rsidR="00FC0FF8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50F3AB43" w14:textId="77777777" w:rsidR="00FC0FF8" w:rsidRDefault="00000000">
            <w:pPr>
              <w:spacing w:after="0"/>
            </w:pPr>
            <w:r>
              <w:t>____ / ____</w:t>
            </w:r>
          </w:p>
        </w:tc>
      </w:tr>
      <w:tr w:rsidR="00FC0FF8" w14:paraId="4C702CED" w14:textId="77777777">
        <w:trPr>
          <w:trHeight w:val="288"/>
        </w:trPr>
        <w:tc>
          <w:tcPr>
            <w:tcW w:w="5616" w:type="dxa"/>
          </w:tcPr>
          <w:p w14:paraId="6103966F" w14:textId="7362BCC6" w:rsidR="00FC0FF8" w:rsidRDefault="00FC0FF8"/>
        </w:tc>
        <w:tc>
          <w:tcPr>
            <w:tcW w:w="1800" w:type="dxa"/>
          </w:tcPr>
          <w:p w14:paraId="61AF0DA5" w14:textId="77777777" w:rsidR="00FC0FF8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13AB4D4F" w14:textId="77777777" w:rsidR="00FC0FF8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2DC1856D" w14:textId="77777777" w:rsidR="00FC0FF8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74286323" w14:textId="77777777" w:rsidR="00FC0FF8" w:rsidRDefault="00000000">
            <w:pPr>
              <w:spacing w:after="0"/>
            </w:pPr>
            <w:r>
              <w:t>____ / ____</w:t>
            </w:r>
          </w:p>
        </w:tc>
      </w:tr>
      <w:tr w:rsidR="00FC0FF8" w14:paraId="2C5A6C91" w14:textId="77777777">
        <w:trPr>
          <w:trHeight w:val="288"/>
        </w:trPr>
        <w:tc>
          <w:tcPr>
            <w:tcW w:w="5616" w:type="dxa"/>
          </w:tcPr>
          <w:p w14:paraId="067859A4" w14:textId="2DF0DE95" w:rsidR="00FC0FF8" w:rsidRDefault="00FC0FF8"/>
        </w:tc>
        <w:tc>
          <w:tcPr>
            <w:tcW w:w="1800" w:type="dxa"/>
          </w:tcPr>
          <w:p w14:paraId="52139E60" w14:textId="77777777" w:rsidR="00FC0FF8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55AFB2BF" w14:textId="77777777" w:rsidR="00FC0FF8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50693C7A" w14:textId="77777777" w:rsidR="00FC0FF8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7041EE28" w14:textId="77777777" w:rsidR="00FC0FF8" w:rsidRDefault="00000000">
            <w:pPr>
              <w:spacing w:after="0"/>
            </w:pPr>
            <w:r>
              <w:t>____ / ____</w:t>
            </w:r>
          </w:p>
        </w:tc>
      </w:tr>
      <w:tr w:rsidR="00FC0FF8" w14:paraId="0D575DD9" w14:textId="77777777">
        <w:trPr>
          <w:trHeight w:val="288"/>
        </w:trPr>
        <w:tc>
          <w:tcPr>
            <w:tcW w:w="5616" w:type="dxa"/>
          </w:tcPr>
          <w:p w14:paraId="2403D011" w14:textId="0C97CE21" w:rsidR="00FC0FF8" w:rsidRDefault="00FC0FF8"/>
        </w:tc>
        <w:tc>
          <w:tcPr>
            <w:tcW w:w="1800" w:type="dxa"/>
          </w:tcPr>
          <w:p w14:paraId="4151EA67" w14:textId="77777777" w:rsidR="00FC0FF8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7E9A3D2B" w14:textId="77777777" w:rsidR="00FC0FF8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7E298CF5" w14:textId="77777777" w:rsidR="00FC0FF8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1B119A41" w14:textId="77777777" w:rsidR="00FC0FF8" w:rsidRDefault="00000000">
            <w:pPr>
              <w:spacing w:after="0"/>
            </w:pPr>
            <w:r>
              <w:t>____ / ____</w:t>
            </w:r>
          </w:p>
        </w:tc>
      </w:tr>
      <w:tr w:rsidR="00FC0FF8" w14:paraId="24712AF6" w14:textId="77777777">
        <w:trPr>
          <w:trHeight w:val="288"/>
        </w:trPr>
        <w:tc>
          <w:tcPr>
            <w:tcW w:w="5616" w:type="dxa"/>
          </w:tcPr>
          <w:p w14:paraId="6BB80414" w14:textId="36CB6CDB" w:rsidR="00FC0FF8" w:rsidRDefault="00FC0FF8"/>
        </w:tc>
        <w:tc>
          <w:tcPr>
            <w:tcW w:w="1800" w:type="dxa"/>
          </w:tcPr>
          <w:p w14:paraId="0D816097" w14:textId="77777777" w:rsidR="00FC0FF8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376334EE" w14:textId="77777777" w:rsidR="00FC0FF8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73F27183" w14:textId="77777777" w:rsidR="00FC0FF8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36F9B3BD" w14:textId="77777777" w:rsidR="00FC0FF8" w:rsidRDefault="00000000">
            <w:pPr>
              <w:spacing w:after="0"/>
            </w:pPr>
            <w:r>
              <w:t>____ / ____</w:t>
            </w:r>
          </w:p>
        </w:tc>
      </w:tr>
      <w:tr w:rsidR="00FC0FF8" w14:paraId="26FE5E03" w14:textId="77777777">
        <w:trPr>
          <w:trHeight w:val="288"/>
        </w:trPr>
        <w:tc>
          <w:tcPr>
            <w:tcW w:w="5616" w:type="dxa"/>
          </w:tcPr>
          <w:p w14:paraId="2489D5EB" w14:textId="351BCF1F" w:rsidR="00FC0FF8" w:rsidRDefault="00FC0FF8"/>
        </w:tc>
        <w:tc>
          <w:tcPr>
            <w:tcW w:w="1800" w:type="dxa"/>
          </w:tcPr>
          <w:p w14:paraId="56E054D6" w14:textId="77777777" w:rsidR="00FC0FF8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772385FB" w14:textId="77777777" w:rsidR="00FC0FF8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28D7F222" w14:textId="77777777" w:rsidR="00FC0FF8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7F70D73E" w14:textId="77777777" w:rsidR="00FC0FF8" w:rsidRDefault="00000000">
            <w:pPr>
              <w:spacing w:after="0"/>
            </w:pPr>
            <w:r>
              <w:t>____ / ____</w:t>
            </w:r>
          </w:p>
        </w:tc>
      </w:tr>
      <w:tr w:rsidR="00FC0FF8" w14:paraId="27E13165" w14:textId="77777777">
        <w:trPr>
          <w:trHeight w:val="288"/>
        </w:trPr>
        <w:tc>
          <w:tcPr>
            <w:tcW w:w="5616" w:type="dxa"/>
          </w:tcPr>
          <w:p w14:paraId="07694F91" w14:textId="06E5AFA2" w:rsidR="00FC0FF8" w:rsidRDefault="00FC0FF8"/>
        </w:tc>
        <w:tc>
          <w:tcPr>
            <w:tcW w:w="1800" w:type="dxa"/>
          </w:tcPr>
          <w:p w14:paraId="6E1E232C" w14:textId="77777777" w:rsidR="00FC0FF8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1538435A" w14:textId="77777777" w:rsidR="00FC0FF8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2A7C8A9F" w14:textId="77777777" w:rsidR="00FC0FF8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06DEAEB6" w14:textId="77777777" w:rsidR="00FC0FF8" w:rsidRDefault="00000000">
            <w:pPr>
              <w:spacing w:after="0"/>
            </w:pPr>
            <w:r>
              <w:t>____ / ____</w:t>
            </w:r>
          </w:p>
        </w:tc>
      </w:tr>
    </w:tbl>
    <w:p w14:paraId="0530A8CA" w14:textId="77777777" w:rsidR="00FC0FF8" w:rsidRDefault="00000000">
      <w:pPr>
        <w:spacing w:after="60"/>
      </w:pPr>
      <w:r>
        <w:t>Classes / other commitments and times: _____________________________________</w:t>
      </w:r>
      <w:r>
        <w:br/>
        <w:t>________________________________________________________________________</w:t>
      </w:r>
    </w:p>
    <w:p w14:paraId="36C81098" w14:textId="77777777" w:rsidR="00FC0FF8" w:rsidRDefault="00000000">
      <w:pPr>
        <w:spacing w:after="60"/>
      </w:pPr>
      <w:r>
        <w:t>What went well today? ____________________________________________________</w:t>
      </w:r>
      <w:r>
        <w:br/>
        <w:t>Next steps / topics to revisit: _______________________________________________</w:t>
      </w:r>
    </w:p>
    <w:sectPr w:rsidR="00FC0FF8" w:rsidSect="00034616">
      <w:footerReference w:type="default" r:id="rId8"/>
      <w:pgSz w:w="15840" w:h="12240" w:orient="landscape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0D4B0B" w14:textId="77777777" w:rsidR="00011904" w:rsidRDefault="00011904">
      <w:pPr>
        <w:spacing w:after="0" w:line="240" w:lineRule="auto"/>
      </w:pPr>
      <w:r>
        <w:separator/>
      </w:r>
    </w:p>
  </w:endnote>
  <w:endnote w:type="continuationSeparator" w:id="0">
    <w:p w14:paraId="6F851E2D" w14:textId="77777777" w:rsidR="00011904" w:rsidRDefault="00011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3B7C5D" w14:textId="77777777" w:rsidR="00FC0FF8" w:rsidRDefault="00000000">
    <w:pPr>
      <w:pStyle w:val="Footer"/>
    </w:pPr>
    <w:r>
      <w:rPr>
        <w:sz w:val="18"/>
      </w:rPr>
      <w:t>Academic Success Program | Reuse one sheet for each day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5732FB" w14:textId="77777777" w:rsidR="00011904" w:rsidRDefault="00011904">
      <w:pPr>
        <w:spacing w:after="0" w:line="240" w:lineRule="auto"/>
      </w:pPr>
      <w:r>
        <w:separator/>
      </w:r>
    </w:p>
  </w:footnote>
  <w:footnote w:type="continuationSeparator" w:id="0">
    <w:p w14:paraId="151CB87A" w14:textId="77777777" w:rsidR="00011904" w:rsidRDefault="00011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4050499">
    <w:abstractNumId w:val="8"/>
  </w:num>
  <w:num w:numId="2" w16cid:durableId="2129621736">
    <w:abstractNumId w:val="6"/>
  </w:num>
  <w:num w:numId="3" w16cid:durableId="721103006">
    <w:abstractNumId w:val="5"/>
  </w:num>
  <w:num w:numId="4" w16cid:durableId="1446658946">
    <w:abstractNumId w:val="4"/>
  </w:num>
  <w:num w:numId="5" w16cid:durableId="1471364051">
    <w:abstractNumId w:val="7"/>
  </w:num>
  <w:num w:numId="6" w16cid:durableId="39595874">
    <w:abstractNumId w:val="3"/>
  </w:num>
  <w:num w:numId="7" w16cid:durableId="148833467">
    <w:abstractNumId w:val="2"/>
  </w:num>
  <w:num w:numId="8" w16cid:durableId="454174441">
    <w:abstractNumId w:val="1"/>
  </w:num>
  <w:num w:numId="9" w16cid:durableId="14810750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904"/>
    <w:rsid w:val="00034616"/>
    <w:rsid w:val="0006063C"/>
    <w:rsid w:val="0015074B"/>
    <w:rsid w:val="0029639D"/>
    <w:rsid w:val="00326F90"/>
    <w:rsid w:val="00AA1D8D"/>
    <w:rsid w:val="00B47730"/>
    <w:rsid w:val="00CB0664"/>
    <w:rsid w:val="00D57B5E"/>
    <w:rsid w:val="00EA144B"/>
    <w:rsid w:val="00FC0F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2B87B4"/>
  <w14:defaultImageDpi w14:val="300"/>
  <w15:docId w15:val="{DAD66548-E0EA-B547-B88C-9C6EDFCE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2B4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2B4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Pia Boskey</cp:lastModifiedBy>
  <cp:revision>2</cp:revision>
  <dcterms:created xsi:type="dcterms:W3CDTF">2026-10-06T17:27:00Z</dcterms:created>
  <dcterms:modified xsi:type="dcterms:W3CDTF">2026-10-06T17:27:00Z</dcterms:modified>
  <cp:category/>
</cp:coreProperties>
</file>