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59D4EB" w14:textId="77777777" w:rsidR="00570010" w:rsidRDefault="00000000">
      <w:pPr>
        <w:pStyle w:val="Title"/>
        <w:spacing w:after="60"/>
      </w:pPr>
      <w:r>
        <w:t xml:space="preserve">P1 Spring | Sample Day — </w:t>
      </w:r>
      <w:r w:rsidR="006B3570">
        <w:t>Full Time Student</w:t>
      </w:r>
    </w:p>
    <w:p w14:paraId="7749FA28" w14:textId="77777777" w:rsidR="00570010" w:rsidRDefault="00000000">
      <w:pPr>
        <w:spacing w:after="60"/>
      </w:pPr>
      <w:r>
        <w:t>Student: Sample Student     Day: Saturday     Date: January 23, 2027</w:t>
      </w:r>
    </w:p>
    <w:p w14:paraId="6C0ED8F9" w14:textId="77777777" w:rsidR="00570010" w:rsidRDefault="00000000">
      <w:pPr>
        <w:spacing w:after="60"/>
      </w:pPr>
      <w:r>
        <w:t>Today’s affirmation: I can make steady progress by focusing on one task at a time.</w:t>
      </w:r>
    </w:p>
    <w:p w14:paraId="10A6BFD2" w14:textId="77777777" w:rsidR="00570010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70010" w14:paraId="0A032A56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68199C66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3991EF57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2E97A0DE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570010" w14:paraId="6A3C4F7D" w14:textId="77777777">
        <w:trPr>
          <w:trHeight w:val="288"/>
        </w:trPr>
        <w:tc>
          <w:tcPr>
            <w:tcW w:w="3600" w:type="dxa"/>
          </w:tcPr>
          <w:p w14:paraId="367BD5DF" w14:textId="77777777" w:rsidR="00570010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47C8A16E" w14:textId="77777777" w:rsidR="00570010" w:rsidRDefault="00000000">
            <w:r>
              <w:t>7:00 a.m.</w:t>
            </w:r>
          </w:p>
        </w:tc>
        <w:tc>
          <w:tcPr>
            <w:tcW w:w="3600" w:type="dxa"/>
          </w:tcPr>
          <w:p w14:paraId="76E5D57F" w14:textId="77777777" w:rsidR="00570010" w:rsidRDefault="00000000">
            <w:r>
              <w:t>☑</w:t>
            </w:r>
          </w:p>
        </w:tc>
      </w:tr>
      <w:tr w:rsidR="00570010" w14:paraId="39A6116C" w14:textId="77777777">
        <w:trPr>
          <w:trHeight w:val="288"/>
        </w:trPr>
        <w:tc>
          <w:tcPr>
            <w:tcW w:w="3600" w:type="dxa"/>
          </w:tcPr>
          <w:p w14:paraId="26C24CE6" w14:textId="77777777" w:rsidR="00570010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070CC8E8" w14:textId="77777777" w:rsidR="00570010" w:rsidRDefault="00000000">
            <w:r>
              <w:t>7:30–8:00 a.m.</w:t>
            </w:r>
          </w:p>
        </w:tc>
        <w:tc>
          <w:tcPr>
            <w:tcW w:w="3600" w:type="dxa"/>
          </w:tcPr>
          <w:p w14:paraId="10842C59" w14:textId="77777777" w:rsidR="00570010" w:rsidRDefault="00000000">
            <w:r>
              <w:t>☑</w:t>
            </w:r>
          </w:p>
        </w:tc>
      </w:tr>
      <w:tr w:rsidR="00570010" w14:paraId="09F7BBE4" w14:textId="77777777">
        <w:trPr>
          <w:trHeight w:val="288"/>
        </w:trPr>
        <w:tc>
          <w:tcPr>
            <w:tcW w:w="3600" w:type="dxa"/>
          </w:tcPr>
          <w:p w14:paraId="32F733D4" w14:textId="77777777" w:rsidR="00570010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508C0C74" w14:textId="77777777" w:rsidR="00570010" w:rsidRDefault="00000000">
            <w:r>
              <w:t>10:00–10:15 a.m.</w:t>
            </w:r>
          </w:p>
        </w:tc>
        <w:tc>
          <w:tcPr>
            <w:tcW w:w="3600" w:type="dxa"/>
          </w:tcPr>
          <w:p w14:paraId="27C6A013" w14:textId="77777777" w:rsidR="00570010" w:rsidRDefault="00000000">
            <w:r>
              <w:t>☑</w:t>
            </w:r>
          </w:p>
        </w:tc>
      </w:tr>
      <w:tr w:rsidR="00570010" w14:paraId="1A913646" w14:textId="77777777">
        <w:trPr>
          <w:trHeight w:val="288"/>
        </w:trPr>
        <w:tc>
          <w:tcPr>
            <w:tcW w:w="3600" w:type="dxa"/>
          </w:tcPr>
          <w:p w14:paraId="7FEFDC23" w14:textId="77777777" w:rsidR="00570010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2FDD2167" w14:textId="77777777" w:rsidR="00570010" w:rsidRDefault="00000000">
            <w:r>
              <w:t>9:15–9:30 a.m.</w:t>
            </w:r>
          </w:p>
        </w:tc>
        <w:tc>
          <w:tcPr>
            <w:tcW w:w="3600" w:type="dxa"/>
          </w:tcPr>
          <w:p w14:paraId="51573B77" w14:textId="77777777" w:rsidR="00570010" w:rsidRDefault="00000000">
            <w:r>
              <w:t>☑</w:t>
            </w:r>
          </w:p>
        </w:tc>
      </w:tr>
      <w:tr w:rsidR="00570010" w14:paraId="0C16D595" w14:textId="77777777">
        <w:trPr>
          <w:trHeight w:val="288"/>
        </w:trPr>
        <w:tc>
          <w:tcPr>
            <w:tcW w:w="3600" w:type="dxa"/>
          </w:tcPr>
          <w:p w14:paraId="4FDBE070" w14:textId="77777777" w:rsidR="00570010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413E0DB1" w14:textId="77777777" w:rsidR="00570010" w:rsidRDefault="00000000">
            <w:r>
              <w:t>12:30–1:15 p.m.</w:t>
            </w:r>
          </w:p>
        </w:tc>
        <w:tc>
          <w:tcPr>
            <w:tcW w:w="3600" w:type="dxa"/>
          </w:tcPr>
          <w:p w14:paraId="04A01373" w14:textId="77777777" w:rsidR="00570010" w:rsidRDefault="00000000">
            <w:r>
              <w:t>☑</w:t>
            </w:r>
          </w:p>
        </w:tc>
      </w:tr>
      <w:tr w:rsidR="00570010" w14:paraId="7425CE84" w14:textId="77777777">
        <w:trPr>
          <w:trHeight w:val="288"/>
        </w:trPr>
        <w:tc>
          <w:tcPr>
            <w:tcW w:w="3600" w:type="dxa"/>
          </w:tcPr>
          <w:p w14:paraId="630C6E72" w14:textId="77777777" w:rsidR="00570010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6EF609E4" w14:textId="77777777" w:rsidR="00570010" w:rsidRDefault="00000000">
            <w:r>
              <w:t>2:15–2:45 p.m.</w:t>
            </w:r>
          </w:p>
        </w:tc>
        <w:tc>
          <w:tcPr>
            <w:tcW w:w="3600" w:type="dxa"/>
          </w:tcPr>
          <w:p w14:paraId="6FE6610B" w14:textId="77777777" w:rsidR="00570010" w:rsidRDefault="00000000">
            <w:r>
              <w:t>☑</w:t>
            </w:r>
          </w:p>
        </w:tc>
      </w:tr>
      <w:tr w:rsidR="00570010" w14:paraId="45B6D896" w14:textId="77777777">
        <w:trPr>
          <w:trHeight w:val="288"/>
        </w:trPr>
        <w:tc>
          <w:tcPr>
            <w:tcW w:w="3600" w:type="dxa"/>
          </w:tcPr>
          <w:p w14:paraId="697090F7" w14:textId="77777777" w:rsidR="00570010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1E764D0B" w14:textId="77777777" w:rsidR="00570010" w:rsidRDefault="00000000">
            <w:r>
              <w:t>6:00–6:45 p.m.</w:t>
            </w:r>
          </w:p>
        </w:tc>
        <w:tc>
          <w:tcPr>
            <w:tcW w:w="3600" w:type="dxa"/>
          </w:tcPr>
          <w:p w14:paraId="3B765565" w14:textId="77777777" w:rsidR="00570010" w:rsidRDefault="00000000">
            <w:r>
              <w:t>☑</w:t>
            </w:r>
          </w:p>
        </w:tc>
      </w:tr>
      <w:tr w:rsidR="00570010" w14:paraId="1D495C61" w14:textId="77777777">
        <w:trPr>
          <w:trHeight w:val="288"/>
        </w:trPr>
        <w:tc>
          <w:tcPr>
            <w:tcW w:w="3600" w:type="dxa"/>
          </w:tcPr>
          <w:p w14:paraId="129FC49E" w14:textId="77777777" w:rsidR="00570010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164697E0" w14:textId="77777777" w:rsidR="00570010" w:rsidRDefault="00000000">
            <w:r>
              <w:t>10:30 p.m.</w:t>
            </w:r>
          </w:p>
        </w:tc>
        <w:tc>
          <w:tcPr>
            <w:tcW w:w="3600" w:type="dxa"/>
          </w:tcPr>
          <w:p w14:paraId="2D3D21E0" w14:textId="77777777" w:rsidR="00570010" w:rsidRDefault="00000000">
            <w:r>
              <w:t>☑</w:t>
            </w:r>
          </w:p>
        </w:tc>
      </w:tr>
    </w:tbl>
    <w:p w14:paraId="2269AC17" w14:textId="77777777" w:rsidR="00570010" w:rsidRDefault="00000000">
      <w:pPr>
        <w:pStyle w:val="Heading2"/>
        <w:spacing w:before="0" w:after="60"/>
      </w:pPr>
      <w:r>
        <w:t>Study plan</w:t>
      </w:r>
    </w:p>
    <w:p w14:paraId="4AFBA055" w14:textId="77777777" w:rsidR="00570010" w:rsidRDefault="00000000">
      <w:pPr>
        <w:spacing w:after="60"/>
      </w:pPr>
      <w:r>
        <w:t>Example for a day without work or scheduled classes. Adjust times for your actual classes and commitments. Sample prep scores and checkmarks illustrate completed work; they are not student records.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570010" w14:paraId="23ECF158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3242BCA3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454B984D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001E88B6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2E6F4D37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7EF1F911" w14:textId="77777777" w:rsidR="00570010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570010" w14:paraId="27899C93" w14:textId="77777777">
        <w:trPr>
          <w:trHeight w:val="288"/>
        </w:trPr>
        <w:tc>
          <w:tcPr>
            <w:tcW w:w="5616" w:type="dxa"/>
          </w:tcPr>
          <w:p w14:paraId="53F393A9" w14:textId="77777777" w:rsidR="00570010" w:rsidRDefault="00000000">
            <w:pPr>
              <w:spacing w:after="0"/>
            </w:pPr>
            <w:r>
              <w:rPr>
                <w:sz w:val="18"/>
              </w:rPr>
              <w:t>PHRM 520 — Professional Growth and Identity II</w:t>
            </w:r>
          </w:p>
        </w:tc>
        <w:tc>
          <w:tcPr>
            <w:tcW w:w="1800" w:type="dxa"/>
          </w:tcPr>
          <w:p w14:paraId="42749A4E" w14:textId="77777777" w:rsidR="00570010" w:rsidRDefault="00000000">
            <w:r>
              <w:rPr>
                <w:sz w:val="18"/>
              </w:rPr>
              <w:t>8:00–8:30 a.m.</w:t>
            </w:r>
          </w:p>
        </w:tc>
        <w:tc>
          <w:tcPr>
            <w:tcW w:w="3816" w:type="dxa"/>
          </w:tcPr>
          <w:p w14:paraId="0E5068FF" w14:textId="77777777" w:rsidR="00570010" w:rsidRDefault="00000000">
            <w:r>
              <w:rPr>
                <w:sz w:val="18"/>
              </w:rPr>
              <w:t>Read; draft professional growth reflection</w:t>
            </w:r>
          </w:p>
        </w:tc>
        <w:tc>
          <w:tcPr>
            <w:tcW w:w="720" w:type="dxa"/>
          </w:tcPr>
          <w:p w14:paraId="3DD8BD21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3EDC6132" w14:textId="77777777" w:rsidR="00570010" w:rsidRDefault="00000000">
            <w:r>
              <w:rPr>
                <w:sz w:val="18"/>
              </w:rPr>
              <w:t>N/A</w:t>
            </w:r>
          </w:p>
        </w:tc>
      </w:tr>
      <w:tr w:rsidR="00570010" w14:paraId="160834F2" w14:textId="77777777">
        <w:trPr>
          <w:trHeight w:val="288"/>
        </w:trPr>
        <w:tc>
          <w:tcPr>
            <w:tcW w:w="5616" w:type="dxa"/>
          </w:tcPr>
          <w:p w14:paraId="65486BF9" w14:textId="77777777" w:rsidR="00570010" w:rsidRDefault="00000000">
            <w:pPr>
              <w:spacing w:after="0"/>
            </w:pPr>
            <w:r>
              <w:rPr>
                <w:sz w:val="18"/>
              </w:rPr>
              <w:t>PHRM 521 — Evidence-Based Practice: Foundations</w:t>
            </w:r>
          </w:p>
        </w:tc>
        <w:tc>
          <w:tcPr>
            <w:tcW w:w="1800" w:type="dxa"/>
          </w:tcPr>
          <w:p w14:paraId="26630E9E" w14:textId="77777777" w:rsidR="00570010" w:rsidRDefault="00000000">
            <w:r>
              <w:rPr>
                <w:sz w:val="18"/>
              </w:rPr>
              <w:t>8:30–9:15 a.m.</w:t>
            </w:r>
          </w:p>
        </w:tc>
        <w:tc>
          <w:tcPr>
            <w:tcW w:w="3816" w:type="dxa"/>
          </w:tcPr>
          <w:p w14:paraId="41349119" w14:textId="77777777" w:rsidR="00570010" w:rsidRDefault="00000000">
            <w:r>
              <w:rPr>
                <w:sz w:val="18"/>
              </w:rPr>
              <w:t>Review study designs; practice questions</w:t>
            </w:r>
          </w:p>
        </w:tc>
        <w:tc>
          <w:tcPr>
            <w:tcW w:w="720" w:type="dxa"/>
          </w:tcPr>
          <w:p w14:paraId="18AF53C9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192E087C" w14:textId="77777777" w:rsidR="00570010" w:rsidRDefault="00000000">
            <w:r>
              <w:rPr>
                <w:sz w:val="18"/>
              </w:rPr>
              <w:t>8 / 10</w:t>
            </w:r>
          </w:p>
        </w:tc>
      </w:tr>
      <w:tr w:rsidR="00570010" w14:paraId="5572EE72" w14:textId="77777777">
        <w:trPr>
          <w:trHeight w:val="288"/>
        </w:trPr>
        <w:tc>
          <w:tcPr>
            <w:tcW w:w="5616" w:type="dxa"/>
          </w:tcPr>
          <w:p w14:paraId="53E3EEB8" w14:textId="77777777" w:rsidR="00570010" w:rsidRDefault="00000000">
            <w:pPr>
              <w:spacing w:after="0"/>
            </w:pPr>
            <w:r>
              <w:rPr>
                <w:sz w:val="18"/>
              </w:rPr>
              <w:t>PHRM 522 — Intro to Therapeutics: Common Chronic Diseases</w:t>
            </w:r>
          </w:p>
        </w:tc>
        <w:tc>
          <w:tcPr>
            <w:tcW w:w="1800" w:type="dxa"/>
          </w:tcPr>
          <w:p w14:paraId="6A49FBA2" w14:textId="77777777" w:rsidR="00570010" w:rsidRDefault="00000000">
            <w:r>
              <w:rPr>
                <w:sz w:val="18"/>
              </w:rPr>
              <w:t>9:30–10:00 a.m.</w:t>
            </w:r>
          </w:p>
        </w:tc>
        <w:tc>
          <w:tcPr>
            <w:tcW w:w="3816" w:type="dxa"/>
          </w:tcPr>
          <w:p w14:paraId="33475A2F" w14:textId="77777777" w:rsidR="00570010" w:rsidRDefault="00000000">
            <w:r>
              <w:rPr>
                <w:sz w:val="18"/>
              </w:rPr>
              <w:t>Recall chronic disease treatment concepts</w:t>
            </w:r>
          </w:p>
        </w:tc>
        <w:tc>
          <w:tcPr>
            <w:tcW w:w="720" w:type="dxa"/>
          </w:tcPr>
          <w:p w14:paraId="535B78DE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7738B489" w14:textId="77777777" w:rsidR="00570010" w:rsidRDefault="00000000">
            <w:r>
              <w:rPr>
                <w:sz w:val="18"/>
              </w:rPr>
              <w:t>7 / 10</w:t>
            </w:r>
          </w:p>
        </w:tc>
      </w:tr>
      <w:tr w:rsidR="00570010" w14:paraId="45D028A9" w14:textId="77777777">
        <w:trPr>
          <w:trHeight w:val="288"/>
        </w:trPr>
        <w:tc>
          <w:tcPr>
            <w:tcW w:w="5616" w:type="dxa"/>
          </w:tcPr>
          <w:p w14:paraId="35325CDD" w14:textId="77777777" w:rsidR="00570010" w:rsidRDefault="00000000">
            <w:pPr>
              <w:spacing w:after="0"/>
            </w:pPr>
            <w:r>
              <w:rPr>
                <w:sz w:val="18"/>
              </w:rPr>
              <w:t>PHRM 523 — Person Care Lab I</w:t>
            </w:r>
          </w:p>
        </w:tc>
        <w:tc>
          <w:tcPr>
            <w:tcW w:w="1800" w:type="dxa"/>
          </w:tcPr>
          <w:p w14:paraId="68214EC4" w14:textId="77777777" w:rsidR="00570010" w:rsidRDefault="00000000">
            <w:r>
              <w:rPr>
                <w:sz w:val="18"/>
              </w:rPr>
              <w:t>10:15–11:00 a.m.</w:t>
            </w:r>
          </w:p>
        </w:tc>
        <w:tc>
          <w:tcPr>
            <w:tcW w:w="3816" w:type="dxa"/>
          </w:tcPr>
          <w:p w14:paraId="60D7B627" w14:textId="77777777" w:rsidR="00570010" w:rsidRDefault="00000000">
            <w:r>
              <w:rPr>
                <w:sz w:val="18"/>
              </w:rPr>
              <w:t>Practice patient interview and lab checklist</w:t>
            </w:r>
          </w:p>
        </w:tc>
        <w:tc>
          <w:tcPr>
            <w:tcW w:w="720" w:type="dxa"/>
          </w:tcPr>
          <w:p w14:paraId="4E73E729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4F77E670" w14:textId="77777777" w:rsidR="00570010" w:rsidRDefault="00000000">
            <w:r>
              <w:rPr>
                <w:sz w:val="18"/>
              </w:rPr>
              <w:t>N/A</w:t>
            </w:r>
          </w:p>
        </w:tc>
      </w:tr>
      <w:tr w:rsidR="00570010" w14:paraId="617C0F1A" w14:textId="77777777">
        <w:trPr>
          <w:trHeight w:val="288"/>
        </w:trPr>
        <w:tc>
          <w:tcPr>
            <w:tcW w:w="5616" w:type="dxa"/>
          </w:tcPr>
          <w:p w14:paraId="5DB4AA4B" w14:textId="77777777" w:rsidR="00570010" w:rsidRDefault="00000000">
            <w:pPr>
              <w:spacing w:after="0"/>
            </w:pPr>
            <w:r>
              <w:rPr>
                <w:sz w:val="18"/>
              </w:rPr>
              <w:t>PHRM 524 — Applied Pharmacology &amp; Toxicology</w:t>
            </w:r>
          </w:p>
        </w:tc>
        <w:tc>
          <w:tcPr>
            <w:tcW w:w="1800" w:type="dxa"/>
          </w:tcPr>
          <w:p w14:paraId="76F5E359" w14:textId="77777777" w:rsidR="00570010" w:rsidRDefault="00000000">
            <w:r>
              <w:rPr>
                <w:sz w:val="18"/>
              </w:rPr>
              <w:t>11:00–11:45 a.m.</w:t>
            </w:r>
          </w:p>
        </w:tc>
        <w:tc>
          <w:tcPr>
            <w:tcW w:w="3816" w:type="dxa"/>
          </w:tcPr>
          <w:p w14:paraId="521FC0F2" w14:textId="77777777" w:rsidR="00570010" w:rsidRDefault="00000000">
            <w:r>
              <w:rPr>
                <w:sz w:val="18"/>
              </w:rPr>
              <w:t>Review mechanisms and toxicity; practice</w:t>
            </w:r>
          </w:p>
        </w:tc>
        <w:tc>
          <w:tcPr>
            <w:tcW w:w="720" w:type="dxa"/>
          </w:tcPr>
          <w:p w14:paraId="2739E83F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738F74AD" w14:textId="77777777" w:rsidR="00570010" w:rsidRDefault="00000000">
            <w:r>
              <w:rPr>
                <w:sz w:val="18"/>
              </w:rPr>
              <w:t>8 / 10</w:t>
            </w:r>
          </w:p>
        </w:tc>
      </w:tr>
      <w:tr w:rsidR="00570010" w14:paraId="7ED70167" w14:textId="77777777">
        <w:trPr>
          <w:trHeight w:val="288"/>
        </w:trPr>
        <w:tc>
          <w:tcPr>
            <w:tcW w:w="5616" w:type="dxa"/>
          </w:tcPr>
          <w:p w14:paraId="6F5C34D4" w14:textId="77777777" w:rsidR="00570010" w:rsidRDefault="00000000">
            <w:pPr>
              <w:spacing w:after="0"/>
            </w:pPr>
            <w:r>
              <w:rPr>
                <w:sz w:val="18"/>
              </w:rPr>
              <w:t>PHRM 525 — Drug Action Foundations II</w:t>
            </w:r>
          </w:p>
        </w:tc>
        <w:tc>
          <w:tcPr>
            <w:tcW w:w="1800" w:type="dxa"/>
          </w:tcPr>
          <w:p w14:paraId="3F63A7CB" w14:textId="77777777" w:rsidR="00570010" w:rsidRDefault="00000000">
            <w:r>
              <w:rPr>
                <w:sz w:val="18"/>
              </w:rPr>
              <w:t>11:45 a.m.–12:30 p.m.</w:t>
            </w:r>
          </w:p>
        </w:tc>
        <w:tc>
          <w:tcPr>
            <w:tcW w:w="3816" w:type="dxa"/>
          </w:tcPr>
          <w:p w14:paraId="6D28FD78" w14:textId="77777777" w:rsidR="00570010" w:rsidRDefault="00000000">
            <w:r>
              <w:rPr>
                <w:sz w:val="18"/>
              </w:rPr>
              <w:t>Recall drug targets; check missed items</w:t>
            </w:r>
          </w:p>
        </w:tc>
        <w:tc>
          <w:tcPr>
            <w:tcW w:w="720" w:type="dxa"/>
          </w:tcPr>
          <w:p w14:paraId="5890E5EB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49D155D7" w14:textId="77777777" w:rsidR="00570010" w:rsidRDefault="00000000">
            <w:r>
              <w:rPr>
                <w:sz w:val="18"/>
              </w:rPr>
              <w:t>9 / 10</w:t>
            </w:r>
          </w:p>
        </w:tc>
      </w:tr>
      <w:tr w:rsidR="00570010" w14:paraId="1535170F" w14:textId="77777777">
        <w:trPr>
          <w:trHeight w:val="288"/>
        </w:trPr>
        <w:tc>
          <w:tcPr>
            <w:tcW w:w="5616" w:type="dxa"/>
          </w:tcPr>
          <w:p w14:paraId="195DC6A1" w14:textId="77777777" w:rsidR="00570010" w:rsidRDefault="00000000">
            <w:pPr>
              <w:spacing w:after="0"/>
            </w:pPr>
            <w:r>
              <w:rPr>
                <w:sz w:val="18"/>
              </w:rPr>
              <w:t>PHRM 526 — Drug and Disease Foundations II</w:t>
            </w:r>
          </w:p>
        </w:tc>
        <w:tc>
          <w:tcPr>
            <w:tcW w:w="1800" w:type="dxa"/>
          </w:tcPr>
          <w:p w14:paraId="3D99CBDB" w14:textId="77777777" w:rsidR="00570010" w:rsidRDefault="00000000">
            <w:r>
              <w:rPr>
                <w:sz w:val="18"/>
              </w:rPr>
              <w:t>1:15–2:15 p.m.</w:t>
            </w:r>
          </w:p>
        </w:tc>
        <w:tc>
          <w:tcPr>
            <w:tcW w:w="3816" w:type="dxa"/>
          </w:tcPr>
          <w:p w14:paraId="502E6155" w14:textId="77777777" w:rsidR="00570010" w:rsidRDefault="00000000">
            <w:r>
              <w:rPr>
                <w:sz w:val="18"/>
              </w:rPr>
              <w:t>Disease concepts; targeted practice questions</w:t>
            </w:r>
          </w:p>
        </w:tc>
        <w:tc>
          <w:tcPr>
            <w:tcW w:w="720" w:type="dxa"/>
          </w:tcPr>
          <w:p w14:paraId="1E58CC61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4FA55830" w14:textId="77777777" w:rsidR="00570010" w:rsidRDefault="00000000">
            <w:r>
              <w:rPr>
                <w:sz w:val="18"/>
              </w:rPr>
              <w:t>7 / 10</w:t>
            </w:r>
          </w:p>
        </w:tc>
      </w:tr>
      <w:tr w:rsidR="00570010" w14:paraId="05F332F6" w14:textId="77777777">
        <w:trPr>
          <w:trHeight w:val="288"/>
        </w:trPr>
        <w:tc>
          <w:tcPr>
            <w:tcW w:w="5616" w:type="dxa"/>
          </w:tcPr>
          <w:p w14:paraId="30C26A53" w14:textId="77777777" w:rsidR="00570010" w:rsidRDefault="00000000">
            <w:pPr>
              <w:spacing w:after="0"/>
            </w:pPr>
            <w:r>
              <w:rPr>
                <w:sz w:val="18"/>
              </w:rPr>
              <w:t>PHRM 527 — Pharmacy-based Immunization Delivery</w:t>
            </w:r>
          </w:p>
        </w:tc>
        <w:tc>
          <w:tcPr>
            <w:tcW w:w="1800" w:type="dxa"/>
          </w:tcPr>
          <w:p w14:paraId="2D75BDC2" w14:textId="77777777" w:rsidR="00570010" w:rsidRDefault="00000000">
            <w:r>
              <w:rPr>
                <w:sz w:val="18"/>
              </w:rPr>
              <w:t>2:45–3:15 p.m.</w:t>
            </w:r>
          </w:p>
        </w:tc>
        <w:tc>
          <w:tcPr>
            <w:tcW w:w="3816" w:type="dxa"/>
          </w:tcPr>
          <w:p w14:paraId="18FD7985" w14:textId="77777777" w:rsidR="00570010" w:rsidRDefault="00000000">
            <w:r>
              <w:rPr>
                <w:sz w:val="18"/>
              </w:rPr>
              <w:t>Review immunization course materials</w:t>
            </w:r>
          </w:p>
        </w:tc>
        <w:tc>
          <w:tcPr>
            <w:tcW w:w="720" w:type="dxa"/>
          </w:tcPr>
          <w:p w14:paraId="4F2BA614" w14:textId="77777777" w:rsidR="00570010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588F2109" w14:textId="77777777" w:rsidR="00570010" w:rsidRDefault="00000000">
            <w:r>
              <w:rPr>
                <w:sz w:val="18"/>
              </w:rPr>
              <w:t>8 / 10</w:t>
            </w:r>
          </w:p>
        </w:tc>
      </w:tr>
    </w:tbl>
    <w:p w14:paraId="5DF6AEEE" w14:textId="77777777" w:rsidR="00570010" w:rsidRDefault="00000000">
      <w:pPr>
        <w:spacing w:after="60"/>
      </w:pPr>
      <w:r>
        <w:t>Other commitments: 3:15–4:00 p.m. chores; 4:00–4:30 p.m. walk; 4:30–5:00 p.m. review missed questions; 5:00–6:00 p.m. free time; 6:45–9:45 p.m. personal time; 9:45–10:30 p.m. wind down.</w:t>
      </w:r>
    </w:p>
    <w:p w14:paraId="5BA1B6B4" w14:textId="77777777" w:rsidR="00570010" w:rsidRDefault="00000000">
      <w:pPr>
        <w:spacing w:after="60"/>
      </w:pPr>
      <w:r>
        <w:t>What went well: I used recall and practice questions and took planned breaks.</w:t>
      </w:r>
      <w:r>
        <w:br/>
        <w:t>Next steps: Revisit missed PHRM 522 and 526 concepts; plan next week’s deadlines.</w:t>
      </w:r>
    </w:p>
    <w:p w14:paraId="002B73ED" w14:textId="76096F20" w:rsidR="006A28B7" w:rsidRDefault="00000000" w:rsidP="006A28B7">
      <w:pPr>
        <w:pStyle w:val="Title"/>
        <w:spacing w:after="60"/>
      </w:pPr>
      <w:r>
        <w:br w:type="page"/>
      </w:r>
      <w:r w:rsidR="006A28B7">
        <w:lastRenderedPageBreak/>
        <w:t xml:space="preserve">P1 Spring | Sample Day — </w:t>
      </w:r>
      <w:r w:rsidR="006A28B7">
        <w:t>Working</w:t>
      </w:r>
      <w:r w:rsidR="006A28B7">
        <w:t xml:space="preserve"> Student</w:t>
      </w:r>
    </w:p>
    <w:p w14:paraId="0509FD60" w14:textId="1E0AF7AF" w:rsidR="00000000" w:rsidRDefault="00000000" w:rsidP="006A28B7">
      <w:r>
        <w:t>Student: Sample Student     Day: Monday     Date: January 25, 2027</w:t>
      </w:r>
    </w:p>
    <w:p w14:paraId="6B4A00D9" w14:textId="77777777" w:rsidR="00000000" w:rsidRDefault="00000000">
      <w:pPr>
        <w:spacing w:after="60"/>
      </w:pPr>
      <w:r>
        <w:t>Today’s affirmation: Small, focused study sessions help me make progress.</w:t>
      </w:r>
    </w:p>
    <w:p w14:paraId="110F7A49" w14:textId="77777777" w:rsidR="00000000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BB03CA" w14:paraId="54A3F8B2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19D2FE8A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4E7BBA91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7BB11C9F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BB03CA" w14:paraId="55A30D8E" w14:textId="77777777">
        <w:trPr>
          <w:trHeight w:val="288"/>
        </w:trPr>
        <w:tc>
          <w:tcPr>
            <w:tcW w:w="3600" w:type="dxa"/>
          </w:tcPr>
          <w:p w14:paraId="3188A4F3" w14:textId="77777777" w:rsidR="00000000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622CC169" w14:textId="77777777" w:rsidR="00000000" w:rsidRDefault="00000000">
            <w:r>
              <w:t>6:00 a.m.</w:t>
            </w:r>
          </w:p>
        </w:tc>
        <w:tc>
          <w:tcPr>
            <w:tcW w:w="3600" w:type="dxa"/>
          </w:tcPr>
          <w:p w14:paraId="6A04CFC1" w14:textId="77777777" w:rsidR="00000000" w:rsidRDefault="00000000">
            <w:r>
              <w:t>☐</w:t>
            </w:r>
          </w:p>
        </w:tc>
      </w:tr>
      <w:tr w:rsidR="00BB03CA" w14:paraId="33D31460" w14:textId="77777777">
        <w:trPr>
          <w:trHeight w:val="288"/>
        </w:trPr>
        <w:tc>
          <w:tcPr>
            <w:tcW w:w="3600" w:type="dxa"/>
          </w:tcPr>
          <w:p w14:paraId="6B4BF6BF" w14:textId="77777777" w:rsidR="00000000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5C45E862" w14:textId="77777777" w:rsidR="00000000" w:rsidRDefault="00000000">
            <w:r>
              <w:t>6:15–6:45 a.m.</w:t>
            </w:r>
          </w:p>
        </w:tc>
        <w:tc>
          <w:tcPr>
            <w:tcW w:w="3600" w:type="dxa"/>
          </w:tcPr>
          <w:p w14:paraId="00F0E021" w14:textId="77777777" w:rsidR="00000000" w:rsidRDefault="00000000">
            <w:r>
              <w:t>☐</w:t>
            </w:r>
          </w:p>
        </w:tc>
      </w:tr>
      <w:tr w:rsidR="00BB03CA" w14:paraId="2F6FFE82" w14:textId="77777777">
        <w:tc>
          <w:tcPr>
            <w:tcW w:w="3600" w:type="dxa"/>
          </w:tcPr>
          <w:p w14:paraId="43C17E2B" w14:textId="77777777" w:rsidR="00000000" w:rsidRDefault="00000000">
            <w:r>
              <w:t>WORK</w:t>
            </w:r>
          </w:p>
        </w:tc>
        <w:tc>
          <w:tcPr>
            <w:tcW w:w="3600" w:type="dxa"/>
          </w:tcPr>
          <w:p w14:paraId="71120E0C" w14:textId="77777777" w:rsidR="00000000" w:rsidRDefault="00000000">
            <w:r>
              <w:t>9:00 a.m.–5:00 p.m.</w:t>
            </w:r>
          </w:p>
        </w:tc>
        <w:tc>
          <w:tcPr>
            <w:tcW w:w="3600" w:type="dxa"/>
          </w:tcPr>
          <w:p w14:paraId="5CB1E376" w14:textId="77777777" w:rsidR="00000000" w:rsidRDefault="00000000">
            <w:r>
              <w:t>☐</w:t>
            </w:r>
          </w:p>
        </w:tc>
      </w:tr>
      <w:tr w:rsidR="00BB03CA" w14:paraId="49BB4E6F" w14:textId="77777777">
        <w:trPr>
          <w:trHeight w:val="288"/>
        </w:trPr>
        <w:tc>
          <w:tcPr>
            <w:tcW w:w="3600" w:type="dxa"/>
          </w:tcPr>
          <w:p w14:paraId="7683967E" w14:textId="77777777" w:rsidR="00000000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313154BD" w14:textId="77777777" w:rsidR="00000000" w:rsidRDefault="00000000">
            <w:r>
              <w:t>8:30–8:45 a.m.</w:t>
            </w:r>
          </w:p>
        </w:tc>
        <w:tc>
          <w:tcPr>
            <w:tcW w:w="3600" w:type="dxa"/>
          </w:tcPr>
          <w:p w14:paraId="4C8C9EF7" w14:textId="77777777" w:rsidR="00000000" w:rsidRDefault="00000000">
            <w:r>
              <w:t>☐</w:t>
            </w:r>
          </w:p>
        </w:tc>
      </w:tr>
      <w:tr w:rsidR="00BB03CA" w14:paraId="56C03365" w14:textId="77777777">
        <w:trPr>
          <w:trHeight w:val="288"/>
        </w:trPr>
        <w:tc>
          <w:tcPr>
            <w:tcW w:w="3600" w:type="dxa"/>
          </w:tcPr>
          <w:p w14:paraId="31BCD6F6" w14:textId="77777777" w:rsidR="00000000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348F5EA7" w14:textId="77777777" w:rsidR="00000000" w:rsidRDefault="00000000">
            <w:r>
              <w:t>10:30–10:45 a.m.</w:t>
            </w:r>
          </w:p>
        </w:tc>
        <w:tc>
          <w:tcPr>
            <w:tcW w:w="3600" w:type="dxa"/>
          </w:tcPr>
          <w:p w14:paraId="7B2F0AD9" w14:textId="77777777" w:rsidR="00000000" w:rsidRDefault="00000000">
            <w:r>
              <w:t>☐</w:t>
            </w:r>
          </w:p>
        </w:tc>
      </w:tr>
      <w:tr w:rsidR="00BB03CA" w14:paraId="46339BEE" w14:textId="77777777">
        <w:trPr>
          <w:trHeight w:val="288"/>
        </w:trPr>
        <w:tc>
          <w:tcPr>
            <w:tcW w:w="3600" w:type="dxa"/>
          </w:tcPr>
          <w:p w14:paraId="2680A09B" w14:textId="77777777" w:rsidR="00000000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2F9E17E7" w14:textId="77777777" w:rsidR="00000000" w:rsidRDefault="00000000">
            <w:r>
              <w:t>12:00–12:30 p.m.</w:t>
            </w:r>
          </w:p>
        </w:tc>
        <w:tc>
          <w:tcPr>
            <w:tcW w:w="3600" w:type="dxa"/>
          </w:tcPr>
          <w:p w14:paraId="5F07B83B" w14:textId="77777777" w:rsidR="00000000" w:rsidRDefault="00000000">
            <w:r>
              <w:t>☐</w:t>
            </w:r>
          </w:p>
        </w:tc>
      </w:tr>
      <w:tr w:rsidR="00BB03CA" w14:paraId="7AD405B9" w14:textId="77777777">
        <w:trPr>
          <w:trHeight w:val="288"/>
        </w:trPr>
        <w:tc>
          <w:tcPr>
            <w:tcW w:w="3600" w:type="dxa"/>
          </w:tcPr>
          <w:p w14:paraId="44F1D3E6" w14:textId="77777777" w:rsidR="00000000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0C5B019D" w14:textId="77777777" w:rsidR="00000000" w:rsidRDefault="00000000">
            <w:r>
              <w:t>3:00–3:15 p.m.</w:t>
            </w:r>
          </w:p>
        </w:tc>
        <w:tc>
          <w:tcPr>
            <w:tcW w:w="3600" w:type="dxa"/>
          </w:tcPr>
          <w:p w14:paraId="1A599C75" w14:textId="77777777" w:rsidR="00000000" w:rsidRDefault="00000000">
            <w:r>
              <w:t>☐</w:t>
            </w:r>
          </w:p>
        </w:tc>
      </w:tr>
      <w:tr w:rsidR="00BB03CA" w14:paraId="643F16FF" w14:textId="77777777">
        <w:trPr>
          <w:trHeight w:val="288"/>
        </w:trPr>
        <w:tc>
          <w:tcPr>
            <w:tcW w:w="3600" w:type="dxa"/>
          </w:tcPr>
          <w:p w14:paraId="32EC8684" w14:textId="77777777" w:rsidR="00000000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36F1369E" w14:textId="77777777" w:rsidR="00000000" w:rsidRDefault="00000000">
            <w:r>
              <w:t>6:00–6:45 p.m.</w:t>
            </w:r>
          </w:p>
        </w:tc>
        <w:tc>
          <w:tcPr>
            <w:tcW w:w="3600" w:type="dxa"/>
          </w:tcPr>
          <w:p w14:paraId="5EC91BDF" w14:textId="77777777" w:rsidR="00000000" w:rsidRDefault="00000000">
            <w:r>
              <w:t>☐</w:t>
            </w:r>
          </w:p>
        </w:tc>
      </w:tr>
      <w:tr w:rsidR="00BB03CA" w14:paraId="47738F2C" w14:textId="77777777">
        <w:trPr>
          <w:trHeight w:val="288"/>
        </w:trPr>
        <w:tc>
          <w:tcPr>
            <w:tcW w:w="3600" w:type="dxa"/>
          </w:tcPr>
          <w:p w14:paraId="63621E6F" w14:textId="77777777" w:rsidR="00000000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46367472" w14:textId="77777777" w:rsidR="00000000" w:rsidRDefault="00000000">
            <w:r>
              <w:t>10:00 p.m.</w:t>
            </w:r>
          </w:p>
        </w:tc>
        <w:tc>
          <w:tcPr>
            <w:tcW w:w="3600" w:type="dxa"/>
          </w:tcPr>
          <w:p w14:paraId="321E1760" w14:textId="77777777" w:rsidR="00000000" w:rsidRDefault="00000000">
            <w:r>
              <w:t>☐</w:t>
            </w:r>
          </w:p>
        </w:tc>
      </w:tr>
    </w:tbl>
    <w:p w14:paraId="374867E5" w14:textId="77777777" w:rsidR="00000000" w:rsidRDefault="00000000">
      <w:pPr>
        <w:pStyle w:val="Heading2"/>
        <w:spacing w:before="0" w:after="60"/>
      </w:pPr>
      <w:r>
        <w:t>Study plan</w:t>
      </w:r>
    </w:p>
    <w:p w14:paraId="6FC69F05" w14:textId="77777777" w:rsidR="00000000" w:rsidRDefault="00000000">
      <w:pPr>
        <w:spacing w:after="60"/>
      </w:pPr>
      <w:r>
        <w:t>Example assumes two 15-minute work breaks and a one-hour lunch. Adjust for approved breaks, commute, actual classes, and lab attendance. Checkboxes are left open to track completion.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BB03CA" w14:paraId="7400418F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31CF730F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7E7DE408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3EA20217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6836F782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1FC21730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BB03CA" w14:paraId="7421E97E" w14:textId="77777777">
        <w:trPr>
          <w:trHeight w:val="288"/>
        </w:trPr>
        <w:tc>
          <w:tcPr>
            <w:tcW w:w="5616" w:type="dxa"/>
          </w:tcPr>
          <w:p w14:paraId="48E002D6" w14:textId="77777777" w:rsidR="00000000" w:rsidRDefault="00000000">
            <w:pPr>
              <w:spacing w:after="0"/>
            </w:pPr>
            <w:r>
              <w:rPr>
                <w:sz w:val="18"/>
              </w:rPr>
              <w:t>PHRM 520 — Professional Growth and Identity II</w:t>
            </w:r>
          </w:p>
        </w:tc>
        <w:tc>
          <w:tcPr>
            <w:tcW w:w="1800" w:type="dxa"/>
          </w:tcPr>
          <w:p w14:paraId="54D99732" w14:textId="77777777" w:rsidR="00000000" w:rsidRDefault="00000000">
            <w:r>
              <w:rPr>
                <w:sz w:val="18"/>
              </w:rPr>
              <w:t>9:00–9:15 p.m.</w:t>
            </w:r>
          </w:p>
        </w:tc>
        <w:tc>
          <w:tcPr>
            <w:tcW w:w="3816" w:type="dxa"/>
          </w:tcPr>
          <w:p w14:paraId="3A8A2FA2" w14:textId="77777777" w:rsidR="00000000" w:rsidRDefault="00000000">
            <w:r>
              <w:rPr>
                <w:sz w:val="18"/>
              </w:rPr>
              <w:t>Reflection; review upcoming tasks</w:t>
            </w:r>
          </w:p>
        </w:tc>
        <w:tc>
          <w:tcPr>
            <w:tcW w:w="720" w:type="dxa"/>
          </w:tcPr>
          <w:p w14:paraId="625224DA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045CB895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2F09E2C6" w14:textId="77777777">
        <w:trPr>
          <w:trHeight w:val="288"/>
        </w:trPr>
        <w:tc>
          <w:tcPr>
            <w:tcW w:w="5616" w:type="dxa"/>
          </w:tcPr>
          <w:p w14:paraId="54077DE9" w14:textId="77777777" w:rsidR="00000000" w:rsidRDefault="00000000">
            <w:pPr>
              <w:spacing w:after="0"/>
            </w:pPr>
            <w:r>
              <w:rPr>
                <w:sz w:val="18"/>
              </w:rPr>
              <w:t>PHRM 521 — Evidence-Based Practice: Foundations</w:t>
            </w:r>
          </w:p>
        </w:tc>
        <w:tc>
          <w:tcPr>
            <w:tcW w:w="1800" w:type="dxa"/>
          </w:tcPr>
          <w:p w14:paraId="3E762624" w14:textId="77777777" w:rsidR="00000000" w:rsidRDefault="00000000">
            <w:r>
              <w:rPr>
                <w:sz w:val="18"/>
              </w:rPr>
              <w:t>10:30–10:45 a.m.</w:t>
            </w:r>
          </w:p>
        </w:tc>
        <w:tc>
          <w:tcPr>
            <w:tcW w:w="3816" w:type="dxa"/>
          </w:tcPr>
          <w:p w14:paraId="55A20C64" w14:textId="77777777" w:rsidR="00000000" w:rsidRDefault="00000000">
            <w:r>
              <w:rPr>
                <w:sz w:val="18"/>
              </w:rPr>
              <w:t>Break: review evidence-based practice cards</w:t>
            </w:r>
          </w:p>
        </w:tc>
        <w:tc>
          <w:tcPr>
            <w:tcW w:w="720" w:type="dxa"/>
          </w:tcPr>
          <w:p w14:paraId="44C245F3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6C024B26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14A6D714" w14:textId="77777777">
        <w:trPr>
          <w:trHeight w:val="288"/>
        </w:trPr>
        <w:tc>
          <w:tcPr>
            <w:tcW w:w="5616" w:type="dxa"/>
          </w:tcPr>
          <w:p w14:paraId="294D840C" w14:textId="77777777" w:rsidR="00000000" w:rsidRDefault="00000000">
            <w:pPr>
              <w:spacing w:after="0"/>
            </w:pPr>
            <w:r>
              <w:rPr>
                <w:sz w:val="18"/>
              </w:rPr>
              <w:t>PHRM 522 — Intro to Therapeutics: Common Chronic Diseases</w:t>
            </w:r>
          </w:p>
        </w:tc>
        <w:tc>
          <w:tcPr>
            <w:tcW w:w="1800" w:type="dxa"/>
          </w:tcPr>
          <w:p w14:paraId="1DCF8A17" w14:textId="77777777" w:rsidR="00000000" w:rsidRDefault="00000000">
            <w:r>
              <w:rPr>
                <w:sz w:val="18"/>
              </w:rPr>
              <w:t>6:45–7:30 p.m.</w:t>
            </w:r>
          </w:p>
        </w:tc>
        <w:tc>
          <w:tcPr>
            <w:tcW w:w="3816" w:type="dxa"/>
          </w:tcPr>
          <w:p w14:paraId="3DF16401" w14:textId="77777777" w:rsidR="00000000" w:rsidRDefault="00000000">
            <w:r>
              <w:rPr>
                <w:sz w:val="18"/>
              </w:rPr>
              <w:t>Practice chronic disease questions</w:t>
            </w:r>
          </w:p>
        </w:tc>
        <w:tc>
          <w:tcPr>
            <w:tcW w:w="720" w:type="dxa"/>
          </w:tcPr>
          <w:p w14:paraId="7096576C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52A4BB00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3864F297" w14:textId="77777777">
        <w:trPr>
          <w:trHeight w:val="288"/>
        </w:trPr>
        <w:tc>
          <w:tcPr>
            <w:tcW w:w="5616" w:type="dxa"/>
          </w:tcPr>
          <w:p w14:paraId="5F95D934" w14:textId="77777777" w:rsidR="00000000" w:rsidRDefault="00000000">
            <w:pPr>
              <w:spacing w:after="0"/>
            </w:pPr>
            <w:r>
              <w:rPr>
                <w:sz w:val="18"/>
              </w:rPr>
              <w:t>PHRM 523 — Person Care Lab I</w:t>
            </w:r>
          </w:p>
        </w:tc>
        <w:tc>
          <w:tcPr>
            <w:tcW w:w="1800" w:type="dxa"/>
          </w:tcPr>
          <w:p w14:paraId="12BA8FE9" w14:textId="77777777" w:rsidR="00000000" w:rsidRDefault="00000000">
            <w:r>
              <w:rPr>
                <w:sz w:val="18"/>
              </w:rPr>
              <w:t>8:30–9:00 p.m.</w:t>
            </w:r>
          </w:p>
        </w:tc>
        <w:tc>
          <w:tcPr>
            <w:tcW w:w="3816" w:type="dxa"/>
          </w:tcPr>
          <w:p w14:paraId="1A2FA654" w14:textId="77777777" w:rsidR="00000000" w:rsidRDefault="00000000">
            <w:r>
              <w:rPr>
                <w:sz w:val="18"/>
              </w:rPr>
              <w:t>Review lab checklist; plan skills practice</w:t>
            </w:r>
          </w:p>
        </w:tc>
        <w:tc>
          <w:tcPr>
            <w:tcW w:w="720" w:type="dxa"/>
          </w:tcPr>
          <w:p w14:paraId="310C9F56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4C497045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5412A35A" w14:textId="77777777">
        <w:trPr>
          <w:trHeight w:val="288"/>
        </w:trPr>
        <w:tc>
          <w:tcPr>
            <w:tcW w:w="5616" w:type="dxa"/>
          </w:tcPr>
          <w:p w14:paraId="13BB576F" w14:textId="77777777" w:rsidR="00000000" w:rsidRDefault="00000000">
            <w:pPr>
              <w:spacing w:after="0"/>
            </w:pPr>
            <w:r>
              <w:rPr>
                <w:sz w:val="18"/>
              </w:rPr>
              <w:t>PHRM 524 — Applied Pharmacology &amp; Toxicology</w:t>
            </w:r>
          </w:p>
        </w:tc>
        <w:tc>
          <w:tcPr>
            <w:tcW w:w="1800" w:type="dxa"/>
          </w:tcPr>
          <w:p w14:paraId="1516093B" w14:textId="77777777" w:rsidR="00000000" w:rsidRDefault="00000000">
            <w:r>
              <w:rPr>
                <w:sz w:val="18"/>
              </w:rPr>
              <w:t>7:30–8:15 p.m.</w:t>
            </w:r>
          </w:p>
        </w:tc>
        <w:tc>
          <w:tcPr>
            <w:tcW w:w="3816" w:type="dxa"/>
          </w:tcPr>
          <w:p w14:paraId="096CCFFD" w14:textId="77777777" w:rsidR="00000000" w:rsidRDefault="00000000">
            <w:r>
              <w:rPr>
                <w:sz w:val="18"/>
              </w:rPr>
              <w:t>Mechanisms / toxicity practice questions</w:t>
            </w:r>
          </w:p>
        </w:tc>
        <w:tc>
          <w:tcPr>
            <w:tcW w:w="720" w:type="dxa"/>
          </w:tcPr>
          <w:p w14:paraId="2E73CF30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2BE039B5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4650FDEC" w14:textId="77777777">
        <w:trPr>
          <w:trHeight w:val="288"/>
        </w:trPr>
        <w:tc>
          <w:tcPr>
            <w:tcW w:w="5616" w:type="dxa"/>
          </w:tcPr>
          <w:p w14:paraId="6A11A24A" w14:textId="77777777" w:rsidR="00000000" w:rsidRDefault="00000000">
            <w:pPr>
              <w:spacing w:after="0"/>
            </w:pPr>
            <w:r>
              <w:rPr>
                <w:sz w:val="18"/>
              </w:rPr>
              <w:t>PHRM 525 — Drug Action Foundations II</w:t>
            </w:r>
          </w:p>
        </w:tc>
        <w:tc>
          <w:tcPr>
            <w:tcW w:w="1800" w:type="dxa"/>
          </w:tcPr>
          <w:p w14:paraId="418BCE9E" w14:textId="77777777" w:rsidR="00000000" w:rsidRDefault="00000000">
            <w:r>
              <w:rPr>
                <w:sz w:val="18"/>
              </w:rPr>
              <w:t>6:45–7:30 a.m.</w:t>
            </w:r>
          </w:p>
        </w:tc>
        <w:tc>
          <w:tcPr>
            <w:tcW w:w="3816" w:type="dxa"/>
          </w:tcPr>
          <w:p w14:paraId="2B826628" w14:textId="77777777" w:rsidR="00000000" w:rsidRDefault="00000000">
            <w:r>
              <w:rPr>
                <w:sz w:val="18"/>
              </w:rPr>
              <w:t>Recall drug targets; review missed items</w:t>
            </w:r>
          </w:p>
        </w:tc>
        <w:tc>
          <w:tcPr>
            <w:tcW w:w="720" w:type="dxa"/>
          </w:tcPr>
          <w:p w14:paraId="4495CF71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424403C2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03AD200A" w14:textId="77777777">
        <w:trPr>
          <w:trHeight w:val="288"/>
        </w:trPr>
        <w:tc>
          <w:tcPr>
            <w:tcW w:w="5616" w:type="dxa"/>
          </w:tcPr>
          <w:p w14:paraId="2C2A1569" w14:textId="77777777" w:rsidR="00000000" w:rsidRDefault="00000000">
            <w:pPr>
              <w:spacing w:after="0"/>
            </w:pPr>
            <w:r>
              <w:rPr>
                <w:sz w:val="18"/>
              </w:rPr>
              <w:t>PHRM 526 — Drug and Disease Foundations II</w:t>
            </w:r>
          </w:p>
        </w:tc>
        <w:tc>
          <w:tcPr>
            <w:tcW w:w="1800" w:type="dxa"/>
          </w:tcPr>
          <w:p w14:paraId="65842C57" w14:textId="77777777" w:rsidR="00000000" w:rsidRDefault="00000000">
            <w:r>
              <w:rPr>
                <w:sz w:val="18"/>
              </w:rPr>
              <w:t>12:30–1:00 p.m.</w:t>
            </w:r>
          </w:p>
        </w:tc>
        <w:tc>
          <w:tcPr>
            <w:tcW w:w="3816" w:type="dxa"/>
          </w:tcPr>
          <w:p w14:paraId="1AA60596" w14:textId="77777777" w:rsidR="00000000" w:rsidRDefault="00000000">
            <w:r>
              <w:rPr>
                <w:sz w:val="18"/>
              </w:rPr>
              <w:t>Lunch break: disease concepts and recall</w:t>
            </w:r>
          </w:p>
        </w:tc>
        <w:tc>
          <w:tcPr>
            <w:tcW w:w="720" w:type="dxa"/>
          </w:tcPr>
          <w:p w14:paraId="6E310842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6A16B1BA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BB03CA" w14:paraId="0B33AD54" w14:textId="77777777">
        <w:trPr>
          <w:trHeight w:val="288"/>
        </w:trPr>
        <w:tc>
          <w:tcPr>
            <w:tcW w:w="5616" w:type="dxa"/>
          </w:tcPr>
          <w:p w14:paraId="23B2CF97" w14:textId="77777777" w:rsidR="00000000" w:rsidRDefault="00000000">
            <w:pPr>
              <w:spacing w:after="0"/>
            </w:pPr>
            <w:r>
              <w:rPr>
                <w:sz w:val="18"/>
              </w:rPr>
              <w:t>PHRM 527 — Pharmacy-based Immunization Delivery</w:t>
            </w:r>
          </w:p>
        </w:tc>
        <w:tc>
          <w:tcPr>
            <w:tcW w:w="1800" w:type="dxa"/>
          </w:tcPr>
          <w:p w14:paraId="1DD290ED" w14:textId="77777777" w:rsidR="00000000" w:rsidRDefault="00000000">
            <w:r>
              <w:rPr>
                <w:sz w:val="18"/>
              </w:rPr>
              <w:t>3:00–3:15 p.m.</w:t>
            </w:r>
          </w:p>
        </w:tc>
        <w:tc>
          <w:tcPr>
            <w:tcW w:w="3816" w:type="dxa"/>
          </w:tcPr>
          <w:p w14:paraId="320E8900" w14:textId="77777777" w:rsidR="00000000" w:rsidRDefault="00000000">
            <w:r>
              <w:rPr>
                <w:sz w:val="18"/>
              </w:rPr>
              <w:t>Break: review immunization key points</w:t>
            </w:r>
          </w:p>
        </w:tc>
        <w:tc>
          <w:tcPr>
            <w:tcW w:w="720" w:type="dxa"/>
          </w:tcPr>
          <w:p w14:paraId="72AA819D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123B6238" w14:textId="77777777" w:rsidR="00000000" w:rsidRDefault="00000000">
            <w:r>
              <w:rPr>
                <w:sz w:val="18"/>
              </w:rPr>
              <w:t>____ / ____</w:t>
            </w:r>
          </w:p>
        </w:tc>
      </w:tr>
    </w:tbl>
    <w:p w14:paraId="588D1EB8" w14:textId="77777777" w:rsidR="00000000" w:rsidRDefault="00000000">
      <w:pPr>
        <w:spacing w:after="60"/>
      </w:pPr>
      <w:r>
        <w:t>Work: 9:00 a.m.–5:00 p.m. (study only during scheduled breaks). Commute / preparation: 7:30–8:30 a.m. and 5:00–6:00 p.m. Rest: 8:15–8:30 p.m. Wind down: 9:15–10:00 p.m.</w:t>
      </w:r>
    </w:p>
    <w:p w14:paraId="38E06351" w14:textId="77777777" w:rsidR="00000000" w:rsidRDefault="00000000">
      <w:pPr>
        <w:spacing w:after="60"/>
      </w:pPr>
      <w:r>
        <w:t>Daily focus: Use breaks for short recall tasks; reserve longer blocks for complex topics.</w:t>
      </w:r>
      <w:r>
        <w:br/>
        <w:t>Next steps: Rotate longer evening blocks by course priority; reserve a weekend block for lab practice and weekly prep scores.</w:t>
      </w:r>
    </w:p>
    <w:p w14:paraId="134EF88A" w14:textId="77777777" w:rsidR="00A64C76" w:rsidRDefault="00000000">
      <w:r>
        <w:br w:type="page"/>
      </w:r>
    </w:p>
    <w:p w14:paraId="57A17F01" w14:textId="77777777" w:rsidR="00000000" w:rsidRDefault="00000000">
      <w:pPr>
        <w:pStyle w:val="Title"/>
        <w:spacing w:after="60"/>
      </w:pPr>
      <w:r>
        <w:lastRenderedPageBreak/>
        <w:t>P1 Spring | Blank Daily Schedule</w:t>
      </w:r>
    </w:p>
    <w:p w14:paraId="69921E08" w14:textId="77777777" w:rsidR="00000000" w:rsidRDefault="00000000">
      <w:pPr>
        <w:spacing w:after="60"/>
      </w:pPr>
      <w:r>
        <w:t>Student: ______________________   Day: ______________   Date: ______________</w:t>
      </w:r>
    </w:p>
    <w:p w14:paraId="2596FC7D" w14:textId="77777777" w:rsidR="00000000" w:rsidRDefault="00000000">
      <w:pPr>
        <w:spacing w:after="60"/>
      </w:pPr>
      <w:r>
        <w:t>Today’s affirmation: ______________________________________________________</w:t>
      </w:r>
      <w:r>
        <w:br/>
        <w:t>________________________________________________________________________</w:t>
      </w:r>
    </w:p>
    <w:p w14:paraId="2C610A3F" w14:textId="77777777" w:rsidR="00000000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93E69" w14:paraId="451EEDAB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21D2EDA1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33F2EBB1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0948B39B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F93E69" w14:paraId="630719BD" w14:textId="77777777">
        <w:trPr>
          <w:trHeight w:val="288"/>
        </w:trPr>
        <w:tc>
          <w:tcPr>
            <w:tcW w:w="3600" w:type="dxa"/>
          </w:tcPr>
          <w:p w14:paraId="4E9080FA" w14:textId="77777777" w:rsidR="00000000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18B0D814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535E4843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6B74080A" w14:textId="77777777">
        <w:trPr>
          <w:trHeight w:val="288"/>
        </w:trPr>
        <w:tc>
          <w:tcPr>
            <w:tcW w:w="3600" w:type="dxa"/>
          </w:tcPr>
          <w:p w14:paraId="22735AFA" w14:textId="77777777" w:rsidR="00000000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3E75F134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4DB31D33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1DB320A7" w14:textId="77777777">
        <w:trPr>
          <w:trHeight w:val="288"/>
        </w:trPr>
        <w:tc>
          <w:tcPr>
            <w:tcW w:w="3600" w:type="dxa"/>
          </w:tcPr>
          <w:p w14:paraId="5D6551A8" w14:textId="77777777" w:rsidR="00000000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12FA74C6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2D5E8222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30446AC0" w14:textId="77777777">
        <w:trPr>
          <w:trHeight w:val="288"/>
        </w:trPr>
        <w:tc>
          <w:tcPr>
            <w:tcW w:w="3600" w:type="dxa"/>
          </w:tcPr>
          <w:p w14:paraId="7BF87963" w14:textId="77777777" w:rsidR="00000000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0655B930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21AE2169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358FED48" w14:textId="77777777">
        <w:trPr>
          <w:trHeight w:val="288"/>
        </w:trPr>
        <w:tc>
          <w:tcPr>
            <w:tcW w:w="3600" w:type="dxa"/>
          </w:tcPr>
          <w:p w14:paraId="4BC004AB" w14:textId="77777777" w:rsidR="00000000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207FE173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64F8BDA2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27EDCB7A" w14:textId="77777777">
        <w:trPr>
          <w:trHeight w:val="288"/>
        </w:trPr>
        <w:tc>
          <w:tcPr>
            <w:tcW w:w="3600" w:type="dxa"/>
          </w:tcPr>
          <w:p w14:paraId="6D8EBF8A" w14:textId="77777777" w:rsidR="00000000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18570FEA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5F0A445F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318D56C9" w14:textId="77777777">
        <w:trPr>
          <w:trHeight w:val="288"/>
        </w:trPr>
        <w:tc>
          <w:tcPr>
            <w:tcW w:w="3600" w:type="dxa"/>
          </w:tcPr>
          <w:p w14:paraId="68A3CE6D" w14:textId="77777777" w:rsidR="00000000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6F3313E5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158F3267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F93E69" w14:paraId="60AF455C" w14:textId="77777777">
        <w:trPr>
          <w:trHeight w:val="288"/>
        </w:trPr>
        <w:tc>
          <w:tcPr>
            <w:tcW w:w="3600" w:type="dxa"/>
          </w:tcPr>
          <w:p w14:paraId="16472DCC" w14:textId="77777777" w:rsidR="00000000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43B4973E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021AFED8" w14:textId="77777777" w:rsidR="00000000" w:rsidRDefault="00000000">
            <w:pPr>
              <w:spacing w:after="0"/>
            </w:pPr>
            <w:r>
              <w:t>☐</w:t>
            </w:r>
          </w:p>
        </w:tc>
      </w:tr>
    </w:tbl>
    <w:p w14:paraId="3F04D0A9" w14:textId="77777777" w:rsidR="00000000" w:rsidRDefault="00000000">
      <w:pPr>
        <w:pStyle w:val="Heading2"/>
        <w:spacing w:before="0" w:after="60"/>
      </w:pPr>
      <w:r>
        <w:t>Study plan</w:t>
      </w:r>
    </w:p>
    <w:p w14:paraId="36C5C600" w14:textId="77777777" w:rsidR="00000000" w:rsidRDefault="00000000">
      <w:pPr>
        <w:spacing w:after="60"/>
      </w:pPr>
      <w:r>
        <w:t>Plan a specific task for each course. Record prep scores at the end of the week; use N/A when no score applies.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F93E69" w14:paraId="0F8B152E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5C49C956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15BDD232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2E35757F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53E95EDB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3AE8C99B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F93E69" w14:paraId="124994C6" w14:textId="77777777">
        <w:trPr>
          <w:trHeight w:val="288"/>
        </w:trPr>
        <w:tc>
          <w:tcPr>
            <w:tcW w:w="5616" w:type="dxa"/>
          </w:tcPr>
          <w:p w14:paraId="65B83F54" w14:textId="77777777" w:rsidR="00000000" w:rsidRDefault="00000000">
            <w:pPr>
              <w:spacing w:after="0"/>
            </w:pPr>
            <w:r>
              <w:rPr>
                <w:sz w:val="18"/>
              </w:rPr>
              <w:t>PHRM 520 — Professional Growth and Identity II</w:t>
            </w:r>
          </w:p>
        </w:tc>
        <w:tc>
          <w:tcPr>
            <w:tcW w:w="1800" w:type="dxa"/>
          </w:tcPr>
          <w:p w14:paraId="68626D81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230FCE99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30758A2A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28424B25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7E1F334D" w14:textId="77777777">
        <w:trPr>
          <w:trHeight w:val="288"/>
        </w:trPr>
        <w:tc>
          <w:tcPr>
            <w:tcW w:w="5616" w:type="dxa"/>
          </w:tcPr>
          <w:p w14:paraId="2BDD2A9A" w14:textId="77777777" w:rsidR="00000000" w:rsidRDefault="00000000">
            <w:pPr>
              <w:spacing w:after="0"/>
            </w:pPr>
            <w:r>
              <w:rPr>
                <w:sz w:val="18"/>
              </w:rPr>
              <w:t>PHRM 521 — Evidence-Based Practice: Foundations</w:t>
            </w:r>
          </w:p>
        </w:tc>
        <w:tc>
          <w:tcPr>
            <w:tcW w:w="1800" w:type="dxa"/>
          </w:tcPr>
          <w:p w14:paraId="5EB81209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5698D708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407E4019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466DD207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55E27F36" w14:textId="77777777">
        <w:trPr>
          <w:trHeight w:val="288"/>
        </w:trPr>
        <w:tc>
          <w:tcPr>
            <w:tcW w:w="5616" w:type="dxa"/>
          </w:tcPr>
          <w:p w14:paraId="0E000C3C" w14:textId="77777777" w:rsidR="00000000" w:rsidRDefault="00000000">
            <w:pPr>
              <w:spacing w:after="0"/>
            </w:pPr>
            <w:r>
              <w:rPr>
                <w:sz w:val="18"/>
              </w:rPr>
              <w:t>PHRM 522 — Intro to Therapeutics: Common Chronic Diseases</w:t>
            </w:r>
          </w:p>
        </w:tc>
        <w:tc>
          <w:tcPr>
            <w:tcW w:w="1800" w:type="dxa"/>
          </w:tcPr>
          <w:p w14:paraId="32E205A2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23FED54B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024975FE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57403949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5BFA3DF6" w14:textId="77777777">
        <w:trPr>
          <w:trHeight w:val="288"/>
        </w:trPr>
        <w:tc>
          <w:tcPr>
            <w:tcW w:w="5616" w:type="dxa"/>
          </w:tcPr>
          <w:p w14:paraId="6D37155A" w14:textId="77777777" w:rsidR="00000000" w:rsidRDefault="00000000">
            <w:pPr>
              <w:spacing w:after="0"/>
            </w:pPr>
            <w:r>
              <w:rPr>
                <w:sz w:val="18"/>
              </w:rPr>
              <w:t>PHRM 523 — Person Care Lab I</w:t>
            </w:r>
          </w:p>
        </w:tc>
        <w:tc>
          <w:tcPr>
            <w:tcW w:w="1800" w:type="dxa"/>
          </w:tcPr>
          <w:p w14:paraId="753B1C9F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7C5F46C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003ECC66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04340D98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24DFC961" w14:textId="77777777">
        <w:trPr>
          <w:trHeight w:val="288"/>
        </w:trPr>
        <w:tc>
          <w:tcPr>
            <w:tcW w:w="5616" w:type="dxa"/>
          </w:tcPr>
          <w:p w14:paraId="2A27E1FE" w14:textId="77777777" w:rsidR="00000000" w:rsidRDefault="00000000">
            <w:pPr>
              <w:spacing w:after="0"/>
            </w:pPr>
            <w:r>
              <w:rPr>
                <w:sz w:val="18"/>
              </w:rPr>
              <w:t>PHRM 524 — Applied Pharmacology &amp; Toxicology</w:t>
            </w:r>
          </w:p>
        </w:tc>
        <w:tc>
          <w:tcPr>
            <w:tcW w:w="1800" w:type="dxa"/>
          </w:tcPr>
          <w:p w14:paraId="571595E1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223B2F3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5E9508CA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167F189C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294B1251" w14:textId="77777777">
        <w:trPr>
          <w:trHeight w:val="288"/>
        </w:trPr>
        <w:tc>
          <w:tcPr>
            <w:tcW w:w="5616" w:type="dxa"/>
          </w:tcPr>
          <w:p w14:paraId="383D4443" w14:textId="77777777" w:rsidR="00000000" w:rsidRDefault="00000000">
            <w:pPr>
              <w:spacing w:after="0"/>
            </w:pPr>
            <w:r>
              <w:rPr>
                <w:sz w:val="18"/>
              </w:rPr>
              <w:t>PHRM 525 — Drug Action Foundations II</w:t>
            </w:r>
          </w:p>
        </w:tc>
        <w:tc>
          <w:tcPr>
            <w:tcW w:w="1800" w:type="dxa"/>
          </w:tcPr>
          <w:p w14:paraId="217096C2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75450D6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78AE2311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4B8430A5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43DA84BE" w14:textId="77777777">
        <w:trPr>
          <w:trHeight w:val="288"/>
        </w:trPr>
        <w:tc>
          <w:tcPr>
            <w:tcW w:w="5616" w:type="dxa"/>
          </w:tcPr>
          <w:p w14:paraId="400A883D" w14:textId="77777777" w:rsidR="00000000" w:rsidRDefault="00000000">
            <w:pPr>
              <w:spacing w:after="0"/>
            </w:pPr>
            <w:r>
              <w:rPr>
                <w:sz w:val="18"/>
              </w:rPr>
              <w:t>PHRM 526 — Drug and Disease Foundations II</w:t>
            </w:r>
          </w:p>
        </w:tc>
        <w:tc>
          <w:tcPr>
            <w:tcW w:w="1800" w:type="dxa"/>
          </w:tcPr>
          <w:p w14:paraId="6F196BB1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3D4555D8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27FB1291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66040902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F93E69" w14:paraId="3D1E8D4E" w14:textId="77777777">
        <w:trPr>
          <w:trHeight w:val="288"/>
        </w:trPr>
        <w:tc>
          <w:tcPr>
            <w:tcW w:w="5616" w:type="dxa"/>
          </w:tcPr>
          <w:p w14:paraId="31233FE5" w14:textId="77777777" w:rsidR="00000000" w:rsidRDefault="00000000">
            <w:pPr>
              <w:spacing w:after="0"/>
            </w:pPr>
            <w:r>
              <w:rPr>
                <w:sz w:val="18"/>
              </w:rPr>
              <w:t>PHRM 527 — Pharmacy-based Immunization Delivery</w:t>
            </w:r>
          </w:p>
        </w:tc>
        <w:tc>
          <w:tcPr>
            <w:tcW w:w="1800" w:type="dxa"/>
          </w:tcPr>
          <w:p w14:paraId="305709FC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1626E191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6CA8230F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0955D6D0" w14:textId="77777777" w:rsidR="00000000" w:rsidRDefault="00000000">
            <w:pPr>
              <w:spacing w:after="0"/>
            </w:pPr>
            <w:r>
              <w:t>____ / ____</w:t>
            </w:r>
          </w:p>
        </w:tc>
      </w:tr>
    </w:tbl>
    <w:p w14:paraId="581FB576" w14:textId="77777777" w:rsidR="00000000" w:rsidRDefault="00000000">
      <w:pPr>
        <w:spacing w:after="60"/>
      </w:pPr>
      <w:r>
        <w:t>Classes / other commitments and times: _____________________________________</w:t>
      </w:r>
      <w:r>
        <w:br/>
        <w:t>________________________________________________________________________</w:t>
      </w:r>
    </w:p>
    <w:p w14:paraId="53815EAF" w14:textId="77777777" w:rsidR="00000000" w:rsidRDefault="00000000">
      <w:pPr>
        <w:spacing w:after="60"/>
      </w:pPr>
      <w:r>
        <w:t>What went well today? ____________________________________________________</w:t>
      </w:r>
      <w:r>
        <w:br/>
        <w:t>Next steps / topics to revisit: _______________________________________________</w:t>
      </w:r>
    </w:p>
    <w:p w14:paraId="251A5237" w14:textId="77777777" w:rsidR="00A64C76" w:rsidRDefault="00000000">
      <w:r>
        <w:br w:type="page"/>
      </w:r>
    </w:p>
    <w:p w14:paraId="7DD0DE5F" w14:textId="77777777" w:rsidR="00000000" w:rsidRDefault="00000000">
      <w:pPr>
        <w:pStyle w:val="Title"/>
      </w:pPr>
      <w:r>
        <w:lastRenderedPageBreak/>
        <w:t>End-of-Week Review</w:t>
      </w:r>
    </w:p>
    <w:p w14:paraId="50EFCCE9" w14:textId="77777777" w:rsidR="00000000" w:rsidRDefault="00000000">
      <w:r>
        <w:t>Student: ____________________   Semester: ☐ Fall  ☐ Spring   Week of: ______________</w:t>
      </w:r>
      <w:r>
        <w:br/>
        <w:t>Review day / date: ____________________   Review time: ____________________</w:t>
      </w:r>
    </w:p>
    <w:p w14:paraId="1A94DDCA" w14:textId="77777777" w:rsidR="00000000" w:rsidRDefault="00000000">
      <w:r>
        <w:t>List your courses. Record practice quiz or pretest scores as points earned / possible; write N/A if no score applies.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7"/>
        <w:gridCol w:w="2877"/>
        <w:gridCol w:w="2879"/>
        <w:gridCol w:w="2879"/>
      </w:tblGrid>
      <w:tr w:rsidR="00DA70D5" w14:paraId="5C42AECB" w14:textId="77777777">
        <w:tc>
          <w:tcPr>
            <w:tcW w:w="2880" w:type="dxa"/>
          </w:tcPr>
          <w:p w14:paraId="5C0D4B60" w14:textId="77777777" w:rsidR="00000000" w:rsidRDefault="00000000">
            <w:r>
              <w:t>Course</w:t>
            </w:r>
          </w:p>
        </w:tc>
        <w:tc>
          <w:tcPr>
            <w:tcW w:w="2880" w:type="dxa"/>
          </w:tcPr>
          <w:p w14:paraId="0511762C" w14:textId="77777777" w:rsidR="00000000" w:rsidRDefault="00000000">
            <w:r>
              <w:t>Study goal completed?</w:t>
            </w:r>
          </w:p>
        </w:tc>
        <w:tc>
          <w:tcPr>
            <w:tcW w:w="2880" w:type="dxa"/>
          </w:tcPr>
          <w:p w14:paraId="09EF36BA" w14:textId="77777777" w:rsidR="00000000" w:rsidRDefault="00000000">
            <w:r>
              <w:t>Prep score / date</w:t>
            </w:r>
          </w:p>
        </w:tc>
        <w:tc>
          <w:tcPr>
            <w:tcW w:w="2880" w:type="dxa"/>
          </w:tcPr>
          <w:p w14:paraId="39132EA6" w14:textId="77777777" w:rsidR="00000000" w:rsidRDefault="00000000">
            <w:r>
              <w:t>Topics needing review</w:t>
            </w:r>
          </w:p>
        </w:tc>
        <w:tc>
          <w:tcPr>
            <w:tcW w:w="2880" w:type="dxa"/>
          </w:tcPr>
          <w:p w14:paraId="2FF16F2C" w14:textId="77777777" w:rsidR="00000000" w:rsidRDefault="00000000">
            <w:r>
              <w:t>Next week’s action</w:t>
            </w:r>
          </w:p>
        </w:tc>
      </w:tr>
      <w:tr w:rsidR="00DA70D5" w14:paraId="7A0E0370" w14:textId="77777777">
        <w:tc>
          <w:tcPr>
            <w:tcW w:w="2880" w:type="dxa"/>
          </w:tcPr>
          <w:p w14:paraId="05388A5A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652041AF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2184D01C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7F308D79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04B049DB" w14:textId="77777777" w:rsidR="00000000" w:rsidRDefault="00000000">
            <w:r>
              <w:t>____________________</w:t>
            </w:r>
          </w:p>
        </w:tc>
      </w:tr>
      <w:tr w:rsidR="00DA70D5" w14:paraId="12E44589" w14:textId="77777777">
        <w:tc>
          <w:tcPr>
            <w:tcW w:w="2880" w:type="dxa"/>
          </w:tcPr>
          <w:p w14:paraId="06A6D853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49C5AC90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3F79E3EF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422A1693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63B0DB91" w14:textId="77777777" w:rsidR="00000000" w:rsidRDefault="00000000">
            <w:r>
              <w:t>____________________</w:t>
            </w:r>
          </w:p>
        </w:tc>
      </w:tr>
      <w:tr w:rsidR="00DA70D5" w14:paraId="4B568642" w14:textId="77777777">
        <w:tc>
          <w:tcPr>
            <w:tcW w:w="2880" w:type="dxa"/>
          </w:tcPr>
          <w:p w14:paraId="5A4C55E9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3D88ADE0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3F83493C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2A9D5AFD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71B86DBB" w14:textId="77777777" w:rsidR="00000000" w:rsidRDefault="00000000">
            <w:r>
              <w:t>____________________</w:t>
            </w:r>
          </w:p>
        </w:tc>
      </w:tr>
      <w:tr w:rsidR="00DA70D5" w14:paraId="2341124B" w14:textId="77777777">
        <w:tc>
          <w:tcPr>
            <w:tcW w:w="2880" w:type="dxa"/>
          </w:tcPr>
          <w:p w14:paraId="51697E66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5722E286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705915DA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24A850F8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68370ED6" w14:textId="77777777" w:rsidR="00000000" w:rsidRDefault="00000000">
            <w:r>
              <w:t>____________________</w:t>
            </w:r>
          </w:p>
        </w:tc>
      </w:tr>
      <w:tr w:rsidR="00DA70D5" w14:paraId="33F1A23E" w14:textId="77777777">
        <w:tc>
          <w:tcPr>
            <w:tcW w:w="2880" w:type="dxa"/>
          </w:tcPr>
          <w:p w14:paraId="126785F7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288B097B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78F788B9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4B4527A1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370E2015" w14:textId="77777777" w:rsidR="00000000" w:rsidRDefault="00000000">
            <w:r>
              <w:t>____________________</w:t>
            </w:r>
          </w:p>
        </w:tc>
      </w:tr>
      <w:tr w:rsidR="00DA70D5" w14:paraId="5354E0AE" w14:textId="77777777">
        <w:tc>
          <w:tcPr>
            <w:tcW w:w="2880" w:type="dxa"/>
          </w:tcPr>
          <w:p w14:paraId="57E9EB7B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43FBA80C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286AB073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1FFFE852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378062A3" w14:textId="77777777" w:rsidR="00000000" w:rsidRDefault="00000000">
            <w:r>
              <w:t>____________________</w:t>
            </w:r>
          </w:p>
        </w:tc>
      </w:tr>
      <w:tr w:rsidR="00DA70D5" w14:paraId="611D0BBB" w14:textId="77777777">
        <w:tc>
          <w:tcPr>
            <w:tcW w:w="2880" w:type="dxa"/>
          </w:tcPr>
          <w:p w14:paraId="7A3C4867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75B28569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5CB4FFDC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26C8785C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73BE284D" w14:textId="77777777" w:rsidR="00000000" w:rsidRDefault="00000000">
            <w:r>
              <w:t>____________________</w:t>
            </w:r>
          </w:p>
        </w:tc>
      </w:tr>
      <w:tr w:rsidR="00DA70D5" w14:paraId="71837E27" w14:textId="77777777">
        <w:tc>
          <w:tcPr>
            <w:tcW w:w="2880" w:type="dxa"/>
          </w:tcPr>
          <w:p w14:paraId="3257E538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7101587A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5BAC36EE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78C436FA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1A7E11F4" w14:textId="77777777" w:rsidR="00000000" w:rsidRDefault="00000000">
            <w:r>
              <w:t>____________________</w:t>
            </w:r>
          </w:p>
        </w:tc>
      </w:tr>
    </w:tbl>
    <w:p w14:paraId="5C8B8711" w14:textId="77777777" w:rsidR="00000000" w:rsidRDefault="00000000">
      <w:r>
        <w:t>What worked well this week? ________________________________________________________</w:t>
      </w:r>
    </w:p>
    <w:p w14:paraId="6FC97C67" w14:textId="77777777" w:rsidR="00000000" w:rsidRDefault="00000000">
      <w:r>
        <w:t>What got in the way? ________________________________________________________</w:t>
      </w:r>
    </w:p>
    <w:p w14:paraId="1FB66478" w14:textId="77777777" w:rsidR="00000000" w:rsidRDefault="00000000">
      <w:r>
        <w:t>Upcoming exams, assignments, and lab deadlines: ________________________________________________________</w:t>
      </w:r>
    </w:p>
    <w:p w14:paraId="33391C65" w14:textId="77777777" w:rsidR="00000000" w:rsidRDefault="00000000">
      <w:r>
        <w:t>Changes to study blocks, work breaks, or routines: ________________________________________________________</w:t>
      </w:r>
    </w:p>
    <w:p w14:paraId="31032F80" w14:textId="77777777" w:rsidR="00000000" w:rsidRDefault="00000000">
      <w:r>
        <w:t>Next week’s affirmation: ________________________________________________________</w:t>
      </w:r>
    </w:p>
    <w:p w14:paraId="62420F0D" w14:textId="77777777" w:rsidR="00000000" w:rsidRDefault="00000000">
      <w:r>
        <w:t>Next review / support meeting: Day / date __________________   Time ______________</w:t>
      </w:r>
    </w:p>
    <w:sectPr w:rsidR="00DA70D5" w:rsidSect="00034616">
      <w:footerReference w:type="default" r:id="rId8"/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B2FA68" w14:textId="77777777" w:rsidR="009E1F74" w:rsidRDefault="009E1F74">
      <w:pPr>
        <w:spacing w:after="0" w:line="240" w:lineRule="auto"/>
      </w:pPr>
      <w:r>
        <w:separator/>
      </w:r>
    </w:p>
  </w:endnote>
  <w:endnote w:type="continuationSeparator" w:id="0">
    <w:p w14:paraId="5725FAD2" w14:textId="77777777" w:rsidR="009E1F74" w:rsidRDefault="009E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71183" w14:textId="77777777" w:rsidR="00570010" w:rsidRDefault="00000000">
    <w:pPr>
      <w:pStyle w:val="Footer"/>
    </w:pPr>
    <w:r>
      <w:rPr>
        <w:sz w:val="18"/>
      </w:rPr>
      <w:t>Academic Success Program | Reuse one sheet for each day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1280AE" w14:textId="77777777" w:rsidR="009E1F74" w:rsidRDefault="009E1F74">
      <w:pPr>
        <w:spacing w:after="0" w:line="240" w:lineRule="auto"/>
      </w:pPr>
      <w:r>
        <w:separator/>
      </w:r>
    </w:p>
  </w:footnote>
  <w:footnote w:type="continuationSeparator" w:id="0">
    <w:p w14:paraId="2441510A" w14:textId="77777777" w:rsidR="009E1F74" w:rsidRDefault="009E1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9752931">
    <w:abstractNumId w:val="8"/>
  </w:num>
  <w:num w:numId="2" w16cid:durableId="1467315586">
    <w:abstractNumId w:val="6"/>
  </w:num>
  <w:num w:numId="3" w16cid:durableId="1151288018">
    <w:abstractNumId w:val="5"/>
  </w:num>
  <w:num w:numId="4" w16cid:durableId="1225411636">
    <w:abstractNumId w:val="4"/>
  </w:num>
  <w:num w:numId="5" w16cid:durableId="904756974">
    <w:abstractNumId w:val="7"/>
  </w:num>
  <w:num w:numId="6" w16cid:durableId="1330013124">
    <w:abstractNumId w:val="3"/>
  </w:num>
  <w:num w:numId="7" w16cid:durableId="2068802367">
    <w:abstractNumId w:val="2"/>
  </w:num>
  <w:num w:numId="8" w16cid:durableId="1959338101">
    <w:abstractNumId w:val="1"/>
  </w:num>
  <w:num w:numId="9" w16cid:durableId="16548713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0010"/>
    <w:rsid w:val="006A28B7"/>
    <w:rsid w:val="006B3570"/>
    <w:rsid w:val="008B78D3"/>
    <w:rsid w:val="009E1F74"/>
    <w:rsid w:val="00A64C76"/>
    <w:rsid w:val="00AA1D8D"/>
    <w:rsid w:val="00B47730"/>
    <w:rsid w:val="00CB0664"/>
    <w:rsid w:val="00EA14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125453"/>
  <w14:defaultImageDpi w14:val="300"/>
  <w15:docId w15:val="{DAD66548-E0EA-B547-B88C-9C6EDFCE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B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B4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Pia Boskey</cp:lastModifiedBy>
  <cp:revision>2</cp:revision>
  <dcterms:created xsi:type="dcterms:W3CDTF">2026-10-06T17:44:00Z</dcterms:created>
  <dcterms:modified xsi:type="dcterms:W3CDTF">2026-10-06T17:44:00Z</dcterms:modified>
  <cp:category/>
</cp:coreProperties>
</file>